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B2C38" w14:textId="77777777" w:rsidR="009C5FF7" w:rsidRDefault="00000000">
      <w:pPr>
        <w:spacing w:after="100"/>
        <w:jc w:val="center"/>
      </w:pPr>
      <w:r>
        <w:rPr>
          <w:noProof/>
        </w:rPr>
        <w:drawing>
          <wp:inline distT="0" distB="0" distL="0" distR="0" wp14:anchorId="5B12B3C5" wp14:editId="77876BB9">
            <wp:extent cx="5688000" cy="7292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banner.png"/>
                    <pic:cNvPicPr/>
                  </pic:nvPicPr>
                  <pic:blipFill>
                    <a:blip r:embed="rId8"/>
                    <a:stretch>
                      <a:fillRect/>
                    </a:stretch>
                  </pic:blipFill>
                  <pic:spPr>
                    <a:xfrm>
                      <a:off x="0" y="0"/>
                      <a:ext cx="5688000" cy="729231"/>
                    </a:xfrm>
                    <a:prstGeom prst="rect">
                      <a:avLst/>
                    </a:prstGeom>
                  </pic:spPr>
                </pic:pic>
              </a:graphicData>
            </a:graphic>
          </wp:inline>
        </w:drawing>
      </w:r>
    </w:p>
    <w:p w14:paraId="40CC2354" w14:textId="77777777" w:rsidR="009C5FF7" w:rsidRPr="00A4550A" w:rsidRDefault="00000000">
      <w:pPr>
        <w:spacing w:after="60"/>
        <w:rPr>
          <w:lang w:val="fr-FR"/>
        </w:rPr>
      </w:pPr>
      <w:r w:rsidRPr="00A4550A">
        <w:rPr>
          <w:b/>
          <w:color w:val="E22B2F"/>
          <w:lang w:val="fr-FR"/>
        </w:rPr>
        <w:t>INVITATION</w:t>
      </w:r>
    </w:p>
    <w:p w14:paraId="72743630" w14:textId="77777777" w:rsidR="009C5FF7" w:rsidRPr="00A4550A" w:rsidRDefault="00000000" w:rsidP="00A4550A">
      <w:pPr>
        <w:pStyle w:val="Titre"/>
        <w:pBdr>
          <w:bottom w:val="single" w:sz="12" w:space="4" w:color="E22B2F"/>
        </w:pBdr>
        <w:spacing w:after="0"/>
        <w:jc w:val="both"/>
        <w:rPr>
          <w:rFonts w:ascii="Aktiv Grotesk Corp" w:hAnsi="Aktiv Grotesk Corp"/>
          <w:lang w:val="fr-FR"/>
        </w:rPr>
      </w:pPr>
      <w:r w:rsidRPr="00A4550A">
        <w:rPr>
          <w:rFonts w:ascii="Aktiv Grotesk Corp" w:hAnsi="Aktiv Grotesk Corp"/>
          <w:lang w:val="fr-FR"/>
        </w:rPr>
        <w:t>Délégation économique en Italie</w:t>
      </w:r>
    </w:p>
    <w:p w14:paraId="6F4FC61F" w14:textId="77777777" w:rsidR="009C5FF7" w:rsidRPr="00A4550A" w:rsidRDefault="00000000" w:rsidP="00A4550A">
      <w:pPr>
        <w:pStyle w:val="Sous-titre"/>
        <w:spacing w:after="0" w:line="240" w:lineRule="auto"/>
        <w:jc w:val="both"/>
        <w:rPr>
          <w:rFonts w:ascii="Aktiv Grotesk Corp" w:hAnsi="Aktiv Grotesk Corp"/>
          <w:lang w:val="fr-FR"/>
        </w:rPr>
      </w:pPr>
      <w:r w:rsidRPr="00A4550A">
        <w:rPr>
          <w:rFonts w:ascii="Aktiv Grotesk Corp" w:hAnsi="Aktiv Grotesk Corp"/>
          <w:lang w:val="fr-FR"/>
        </w:rPr>
        <w:t>Rome &amp; Pescara — 21, 22 et 23 octobre 2026</w:t>
      </w:r>
    </w:p>
    <w:p w14:paraId="627088AC"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162C5B"/>
          <w:sz w:val="21"/>
          <w:lang w:val="fr-FR"/>
        </w:rPr>
        <w:t>Délégation commune UPE06 · Team Nice Côte d’Azur · French Tech Côte d’Azur</w:t>
      </w:r>
    </w:p>
    <w:p w14:paraId="4AD82EFE" w14:textId="77777777" w:rsidR="00A4550A" w:rsidRPr="00A4550A" w:rsidRDefault="00A4550A" w:rsidP="00A4550A">
      <w:pPr>
        <w:pStyle w:val="Corpsdetexte"/>
        <w:spacing w:after="0" w:line="240" w:lineRule="auto"/>
        <w:jc w:val="both"/>
        <w:rPr>
          <w:rFonts w:ascii="Aktiv Grotesk Corp" w:hAnsi="Aktiv Grotesk Corp"/>
          <w:lang w:val="fr-FR"/>
        </w:rPr>
      </w:pPr>
    </w:p>
    <w:p w14:paraId="0177AC1F" w14:textId="77777777" w:rsidR="004C6C24"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 xml:space="preserve">L’UPE06, Team Nice Côte d’Azur et French Tech Côte d’Azur vous invitent à </w:t>
      </w:r>
      <w:r w:rsidR="00A4550A" w:rsidRPr="00A4550A">
        <w:rPr>
          <w:rFonts w:ascii="Aktiv Grotesk Corp" w:hAnsi="Aktiv Grotesk Corp"/>
          <w:sz w:val="22"/>
          <w:lang w:val="fr-FR"/>
        </w:rPr>
        <w:t>vous inscrire</w:t>
      </w:r>
      <w:r w:rsidRPr="00A4550A">
        <w:rPr>
          <w:rFonts w:ascii="Aktiv Grotesk Corp" w:hAnsi="Aktiv Grotesk Corp"/>
          <w:sz w:val="22"/>
          <w:lang w:val="fr-FR"/>
        </w:rPr>
        <w:t xml:space="preserve"> </w:t>
      </w:r>
      <w:r w:rsidR="00A4550A" w:rsidRPr="00A4550A">
        <w:rPr>
          <w:rFonts w:ascii="Aktiv Grotesk Corp" w:hAnsi="Aktiv Grotesk Corp"/>
          <w:sz w:val="22"/>
          <w:lang w:val="fr-FR"/>
        </w:rPr>
        <w:t>à une</w:t>
      </w:r>
      <w:r w:rsidRPr="00A4550A">
        <w:rPr>
          <w:rFonts w:ascii="Aktiv Grotesk Corp" w:hAnsi="Aktiv Grotesk Corp"/>
          <w:sz w:val="22"/>
          <w:lang w:val="fr-FR"/>
        </w:rPr>
        <w:t xml:space="preserve"> délégation économique restreinte à Rome et Pescara. </w:t>
      </w:r>
    </w:p>
    <w:p w14:paraId="55D1C6DA" w14:textId="77777777" w:rsidR="004C6C24" w:rsidRDefault="004C6C24" w:rsidP="00A4550A">
      <w:pPr>
        <w:spacing w:after="0" w:line="240" w:lineRule="auto"/>
        <w:jc w:val="both"/>
        <w:rPr>
          <w:rFonts w:ascii="Aktiv Grotesk Corp" w:hAnsi="Aktiv Grotesk Corp"/>
          <w:sz w:val="22"/>
          <w:lang w:val="fr-FR"/>
        </w:rPr>
      </w:pPr>
    </w:p>
    <w:p w14:paraId="48FAE432" w14:textId="6712C30D" w:rsidR="00A4550A"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 xml:space="preserve">Cette mission </w:t>
      </w:r>
      <w:r w:rsidR="00A4550A" w:rsidRPr="00A4550A">
        <w:rPr>
          <w:rFonts w:ascii="Aktiv Grotesk Corp" w:hAnsi="Aktiv Grotesk Corp"/>
          <w:sz w:val="22"/>
          <w:lang w:val="fr-FR"/>
        </w:rPr>
        <w:t xml:space="preserve">conduite par Franck </w:t>
      </w:r>
      <w:proofErr w:type="spellStart"/>
      <w:r w:rsidR="00A4550A" w:rsidRPr="00A4550A">
        <w:rPr>
          <w:rFonts w:ascii="Aktiv Grotesk Corp" w:hAnsi="Aktiv Grotesk Corp"/>
          <w:sz w:val="22"/>
          <w:lang w:val="fr-FR"/>
        </w:rPr>
        <w:t>Cannata</w:t>
      </w:r>
      <w:proofErr w:type="spellEnd"/>
      <w:r w:rsidR="00A4550A" w:rsidRPr="00A4550A">
        <w:rPr>
          <w:rFonts w:ascii="Aktiv Grotesk Corp" w:hAnsi="Aktiv Grotesk Corp"/>
          <w:sz w:val="22"/>
          <w:lang w:val="fr-FR"/>
        </w:rPr>
        <w:t xml:space="preserve">, Président de l’UPE06, </w:t>
      </w:r>
      <w:r w:rsidRPr="00A4550A">
        <w:rPr>
          <w:rFonts w:ascii="Aktiv Grotesk Corp" w:hAnsi="Aktiv Grotesk Corp"/>
          <w:sz w:val="22"/>
          <w:lang w:val="fr-FR"/>
        </w:rPr>
        <w:t>associe dialogue institutionnel, rencontres d’affaires, innovation et visites de terrain afin de développer des coopérations concrètes entre entreprises azuréennes et italiennes.</w:t>
      </w:r>
      <w:r w:rsidR="00A4550A" w:rsidRPr="00A4550A">
        <w:rPr>
          <w:rFonts w:ascii="Aktiv Grotesk Corp" w:hAnsi="Aktiv Grotesk Corp"/>
          <w:sz w:val="22"/>
          <w:lang w:val="fr-FR"/>
        </w:rPr>
        <w:t xml:space="preserve"> Elle est </w:t>
      </w:r>
      <w:r w:rsidR="009E2685" w:rsidRPr="00A4550A">
        <w:rPr>
          <w:rFonts w:ascii="Aktiv Grotesk Corp" w:hAnsi="Aktiv Grotesk Corp"/>
          <w:sz w:val="22"/>
          <w:lang w:val="fr-FR"/>
        </w:rPr>
        <w:t>également</w:t>
      </w:r>
      <w:r w:rsidR="00A4550A" w:rsidRPr="00A4550A">
        <w:rPr>
          <w:rFonts w:ascii="Aktiv Grotesk Corp" w:hAnsi="Aktiv Grotesk Corp"/>
          <w:sz w:val="22"/>
          <w:lang w:val="fr-FR"/>
        </w:rPr>
        <w:t xml:space="preserve"> l’occasion d’une rencontre avec </w:t>
      </w:r>
      <w:r w:rsidR="00A4550A" w:rsidRPr="00A4550A">
        <w:rPr>
          <w:rFonts w:ascii="Aktiv Grotesk Corp" w:hAnsi="Aktiv Grotesk Corp"/>
          <w:sz w:val="22"/>
          <w:lang w:val="fr-FR"/>
        </w:rPr>
        <w:t>Fabrice Le Saché, Vice-président du MEDEF</w:t>
      </w:r>
      <w:r w:rsidR="00A4550A" w:rsidRPr="00A4550A">
        <w:rPr>
          <w:rFonts w:ascii="Aktiv Grotesk Corp" w:hAnsi="Aktiv Grotesk Corp"/>
          <w:sz w:val="22"/>
          <w:lang w:val="fr-FR"/>
        </w:rPr>
        <w:t>.</w:t>
      </w:r>
    </w:p>
    <w:p w14:paraId="302C6C89" w14:textId="77777777" w:rsidR="00A4550A" w:rsidRPr="00A4550A" w:rsidRDefault="00A4550A" w:rsidP="00A4550A">
      <w:pPr>
        <w:pStyle w:val="Corpsdetexte"/>
        <w:spacing w:after="0" w:line="240" w:lineRule="auto"/>
        <w:jc w:val="both"/>
        <w:rPr>
          <w:rFonts w:ascii="Aktiv Grotesk Corp" w:hAnsi="Aktiv Grotesk Corp"/>
          <w:lang w:val="fr-FR"/>
        </w:rPr>
      </w:pPr>
    </w:p>
    <w:tbl>
      <w:tblPr>
        <w:tblW w:w="0" w:type="auto"/>
        <w:jc w:val="center"/>
        <w:tblLayout w:type="fixed"/>
        <w:tblLook w:val="04A0" w:firstRow="1" w:lastRow="0" w:firstColumn="1" w:lastColumn="0" w:noHBand="0" w:noVBand="1"/>
      </w:tblPr>
      <w:tblGrid>
        <w:gridCol w:w="10312"/>
      </w:tblGrid>
      <w:tr w:rsidR="009C5FF7" w:rsidRPr="00A4550A" w14:paraId="64C4BEEA" w14:textId="77777777">
        <w:trPr>
          <w:jc w:val="center"/>
        </w:trPr>
        <w:tc>
          <w:tcPr>
            <w:tcW w:w="10312" w:type="dxa"/>
            <w:shd w:val="clear" w:color="auto" w:fill="EAF5F8"/>
            <w:tcMar>
              <w:top w:w="130" w:type="dxa"/>
              <w:left w:w="160" w:type="dxa"/>
              <w:bottom w:w="130" w:type="dxa"/>
              <w:right w:w="160" w:type="dxa"/>
            </w:tcMar>
          </w:tcPr>
          <w:p w14:paraId="6803619D" w14:textId="52375C24" w:rsidR="009C5FF7" w:rsidRPr="004C6C24" w:rsidRDefault="00000000" w:rsidP="00A4550A">
            <w:pPr>
              <w:spacing w:after="0" w:line="240" w:lineRule="auto"/>
              <w:jc w:val="both"/>
              <w:rPr>
                <w:rFonts w:ascii="Aktiv Grotesk Corp" w:hAnsi="Aktiv Grotesk Corp"/>
                <w:sz w:val="22"/>
                <w:lang w:val="fr-FR"/>
              </w:rPr>
            </w:pPr>
            <w:r w:rsidRPr="004C6C24">
              <w:rPr>
                <w:rFonts w:ascii="Aktiv Grotesk Corp" w:hAnsi="Aktiv Grotesk Corp"/>
                <w:b/>
                <w:color w:val="162C5B"/>
                <w:sz w:val="22"/>
                <w:lang w:val="fr-FR"/>
              </w:rPr>
              <w:t xml:space="preserve">Une mission de diplomatie économique de proximité : </w:t>
            </w:r>
            <w:r w:rsidR="00A4550A" w:rsidRPr="004C6C24">
              <w:rPr>
                <w:rFonts w:ascii="Aktiv Grotesk Corp" w:hAnsi="Aktiv Grotesk Corp"/>
                <w:b/>
                <w:color w:val="162C5B"/>
                <w:sz w:val="22"/>
                <w:lang w:val="fr-FR"/>
              </w:rPr>
              <w:t>renforcer les</w:t>
            </w:r>
            <w:r w:rsidRPr="004C6C24">
              <w:rPr>
                <w:rFonts w:ascii="Aktiv Grotesk Corp" w:hAnsi="Aktiv Grotesk Corp"/>
                <w:b/>
                <w:color w:val="162C5B"/>
                <w:sz w:val="22"/>
                <w:lang w:val="fr-FR"/>
              </w:rPr>
              <w:t xml:space="preserve"> courants d’affaires, partenariats technologiques et opportunités d’investissement.</w:t>
            </w:r>
          </w:p>
        </w:tc>
      </w:tr>
    </w:tbl>
    <w:p w14:paraId="6ADD1303" w14:textId="77777777" w:rsidR="009C5FF7" w:rsidRPr="00A4550A" w:rsidRDefault="009C5FF7" w:rsidP="00A4550A">
      <w:pPr>
        <w:spacing w:after="0" w:line="240" w:lineRule="auto"/>
        <w:jc w:val="both"/>
        <w:rPr>
          <w:rFonts w:ascii="Aktiv Grotesk Corp" w:hAnsi="Aktiv Grotesk Corp"/>
          <w:lang w:val="fr-FR"/>
        </w:rPr>
      </w:pPr>
    </w:p>
    <w:p w14:paraId="63A224FE" w14:textId="1D0F3014" w:rsidR="0087559F" w:rsidRDefault="00000000" w:rsidP="004C6C24">
      <w:pPr>
        <w:pStyle w:val="Titre2"/>
        <w:spacing w:before="0" w:line="240" w:lineRule="auto"/>
        <w:jc w:val="both"/>
        <w:rPr>
          <w:rFonts w:ascii="Aktiv Grotesk Corp" w:hAnsi="Aktiv Grotesk Corp"/>
          <w:lang w:val="fr-FR"/>
        </w:rPr>
      </w:pPr>
      <w:r w:rsidRPr="00A4550A">
        <w:rPr>
          <w:rFonts w:ascii="Aktiv Grotesk Corp" w:hAnsi="Aktiv Grotesk Corp"/>
          <w:lang w:val="fr-FR"/>
        </w:rPr>
        <w:t>Pourquoi l’Italie — et pourquoi maintenant ?</w:t>
      </w:r>
    </w:p>
    <w:p w14:paraId="204BAF28" w14:textId="77777777" w:rsidR="004C6C24" w:rsidRPr="004C6C24" w:rsidRDefault="004C6C24" w:rsidP="004C6C24">
      <w:pPr>
        <w:rPr>
          <w:lang w:val="fr-FR"/>
        </w:rPr>
      </w:pPr>
    </w:p>
    <w:p w14:paraId="37717A8C" w14:textId="77777777" w:rsidR="009C5FF7"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La France et l’Italie entretiennent l’une des relations économiques les plus denses d’Europe. Pour les entreprises de la Côte d’Azur, cette proximité est aussi géographique : elle facilite des démarches commerciales rapides, des coopérations industrielles et technologiques ciblées et la construction de partenariats durables sur l’arc méditerranéen.</w:t>
      </w:r>
    </w:p>
    <w:p w14:paraId="1C3986F2" w14:textId="77777777" w:rsidR="00A4550A" w:rsidRPr="00A4550A" w:rsidRDefault="00A4550A" w:rsidP="00A4550A">
      <w:pPr>
        <w:spacing w:after="0" w:line="240" w:lineRule="auto"/>
        <w:jc w:val="both"/>
        <w:rPr>
          <w:rFonts w:ascii="Aktiv Grotesk Corp" w:hAnsi="Aktiv Grotesk Corp"/>
          <w:sz w:val="22"/>
          <w:lang w:val="fr-FR"/>
        </w:rPr>
      </w:pPr>
    </w:p>
    <w:tbl>
      <w:tblPr>
        <w:tblW w:w="0" w:type="auto"/>
        <w:jc w:val="center"/>
        <w:tblLayout w:type="fixed"/>
        <w:tblLook w:val="04A0" w:firstRow="1" w:lastRow="0" w:firstColumn="1" w:lastColumn="0" w:noHBand="0" w:noVBand="1"/>
      </w:tblPr>
      <w:tblGrid>
        <w:gridCol w:w="2098"/>
        <w:gridCol w:w="6973"/>
      </w:tblGrid>
      <w:tr w:rsidR="009C5FF7" w:rsidRPr="00A4550A" w14:paraId="560417A4" w14:textId="77777777">
        <w:trPr>
          <w:jc w:val="center"/>
        </w:trPr>
        <w:tc>
          <w:tcPr>
            <w:tcW w:w="2098" w:type="dxa"/>
            <w:shd w:val="clear" w:color="auto" w:fill="162C5B"/>
            <w:tcMar>
              <w:top w:w="100" w:type="dxa"/>
              <w:left w:w="110" w:type="dxa"/>
              <w:bottom w:w="100" w:type="dxa"/>
              <w:right w:w="110" w:type="dxa"/>
            </w:tcMar>
            <w:vAlign w:val="center"/>
          </w:tcPr>
          <w:p w14:paraId="1777140B"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b/>
                <w:color w:val="FFFFFF"/>
                <w:sz w:val="22"/>
              </w:rPr>
              <w:t>Enjeu</w:t>
            </w:r>
            <w:proofErr w:type="spellEnd"/>
          </w:p>
        </w:tc>
        <w:tc>
          <w:tcPr>
            <w:tcW w:w="6973" w:type="dxa"/>
            <w:shd w:val="clear" w:color="auto" w:fill="162C5B"/>
            <w:tcMar>
              <w:top w:w="100" w:type="dxa"/>
              <w:left w:w="110" w:type="dxa"/>
              <w:bottom w:w="100" w:type="dxa"/>
              <w:right w:w="110" w:type="dxa"/>
            </w:tcMar>
            <w:vAlign w:val="center"/>
          </w:tcPr>
          <w:p w14:paraId="4E48B2E7"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Opportunité pour les entreprises</w:t>
            </w:r>
          </w:p>
        </w:tc>
      </w:tr>
      <w:tr w:rsidR="009C5FF7" w:rsidRPr="00A4550A" w14:paraId="6C49292A" w14:textId="77777777">
        <w:trPr>
          <w:jc w:val="center"/>
        </w:trPr>
        <w:tc>
          <w:tcPr>
            <w:tcW w:w="2098" w:type="dxa"/>
            <w:shd w:val="clear" w:color="auto" w:fill="F5F7FA"/>
            <w:tcMar>
              <w:top w:w="95" w:type="dxa"/>
              <w:left w:w="110" w:type="dxa"/>
              <w:bottom w:w="95" w:type="dxa"/>
              <w:right w:w="110" w:type="dxa"/>
            </w:tcMar>
          </w:tcPr>
          <w:p w14:paraId="760BD29B"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Proximité</w:t>
            </w:r>
          </w:p>
        </w:tc>
        <w:tc>
          <w:tcPr>
            <w:tcW w:w="6973" w:type="dxa"/>
            <w:shd w:val="clear" w:color="auto" w:fill="F5F7FA"/>
            <w:tcMar>
              <w:top w:w="95" w:type="dxa"/>
              <w:left w:w="110" w:type="dxa"/>
              <w:bottom w:w="95" w:type="dxa"/>
              <w:right w:w="110" w:type="dxa"/>
            </w:tcMar>
          </w:tcPr>
          <w:p w14:paraId="3E9B70F4"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Un marché voisin et accessible, avec une forte densité de PME, d’ETI, de groupes industriels et d’acteurs technologiques.</w:t>
            </w:r>
          </w:p>
        </w:tc>
      </w:tr>
      <w:tr w:rsidR="009C5FF7" w:rsidRPr="00A4550A" w14:paraId="2E1EFF7D" w14:textId="77777777">
        <w:trPr>
          <w:jc w:val="center"/>
        </w:trPr>
        <w:tc>
          <w:tcPr>
            <w:tcW w:w="2098" w:type="dxa"/>
            <w:tcMar>
              <w:top w:w="95" w:type="dxa"/>
              <w:left w:w="110" w:type="dxa"/>
              <w:bottom w:w="95" w:type="dxa"/>
              <w:right w:w="110" w:type="dxa"/>
            </w:tcMar>
          </w:tcPr>
          <w:p w14:paraId="4DBD1902"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sz w:val="22"/>
              </w:rPr>
              <w:t>Complémentarités</w:t>
            </w:r>
            <w:proofErr w:type="spellEnd"/>
          </w:p>
        </w:tc>
        <w:tc>
          <w:tcPr>
            <w:tcW w:w="6973" w:type="dxa"/>
            <w:tcMar>
              <w:top w:w="95" w:type="dxa"/>
              <w:left w:w="110" w:type="dxa"/>
              <w:bottom w:w="95" w:type="dxa"/>
              <w:right w:w="110" w:type="dxa"/>
            </w:tcMar>
          </w:tcPr>
          <w:p w14:paraId="6A75392A"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IA et numérique, industrie, mobilité, santé, tourisme, formation et économie méditerranéenne.</w:t>
            </w:r>
          </w:p>
        </w:tc>
      </w:tr>
      <w:tr w:rsidR="009C5FF7" w:rsidRPr="00A4550A" w14:paraId="33865B45" w14:textId="77777777">
        <w:trPr>
          <w:jc w:val="center"/>
        </w:trPr>
        <w:tc>
          <w:tcPr>
            <w:tcW w:w="2098" w:type="dxa"/>
            <w:shd w:val="clear" w:color="auto" w:fill="F5F7FA"/>
            <w:tcMar>
              <w:top w:w="95" w:type="dxa"/>
              <w:left w:w="110" w:type="dxa"/>
              <w:bottom w:w="95" w:type="dxa"/>
              <w:right w:w="110" w:type="dxa"/>
            </w:tcMar>
          </w:tcPr>
          <w:p w14:paraId="763C2238"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sz w:val="22"/>
              </w:rPr>
              <w:t>Accès</w:t>
            </w:r>
            <w:proofErr w:type="spellEnd"/>
            <w:r w:rsidRPr="00A4550A">
              <w:rPr>
                <w:rFonts w:ascii="Aktiv Grotesk Corp" w:hAnsi="Aktiv Grotesk Corp"/>
                <w:sz w:val="22"/>
              </w:rPr>
              <w:t xml:space="preserve"> </w:t>
            </w:r>
            <w:proofErr w:type="spellStart"/>
            <w:r w:rsidRPr="00A4550A">
              <w:rPr>
                <w:rFonts w:ascii="Aktiv Grotesk Corp" w:hAnsi="Aktiv Grotesk Corp"/>
                <w:sz w:val="22"/>
              </w:rPr>
              <w:t>qualifié</w:t>
            </w:r>
            <w:proofErr w:type="spellEnd"/>
          </w:p>
        </w:tc>
        <w:tc>
          <w:tcPr>
            <w:tcW w:w="6973" w:type="dxa"/>
            <w:shd w:val="clear" w:color="auto" w:fill="F5F7FA"/>
            <w:tcMar>
              <w:top w:w="95" w:type="dxa"/>
              <w:left w:w="110" w:type="dxa"/>
              <w:bottom w:w="95" w:type="dxa"/>
              <w:right w:w="110" w:type="dxa"/>
            </w:tcMar>
          </w:tcPr>
          <w:p w14:paraId="7BF9A6F1"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Une délégation construite avec les réseaux Confindustria, à Rome comme dans les Abruzzes.</w:t>
            </w:r>
          </w:p>
        </w:tc>
      </w:tr>
      <w:tr w:rsidR="009C5FF7" w:rsidRPr="00A4550A" w14:paraId="50C09BA7" w14:textId="77777777">
        <w:trPr>
          <w:jc w:val="center"/>
        </w:trPr>
        <w:tc>
          <w:tcPr>
            <w:tcW w:w="2098" w:type="dxa"/>
            <w:tcMar>
              <w:top w:w="95" w:type="dxa"/>
              <w:left w:w="110" w:type="dxa"/>
              <w:bottom w:w="95" w:type="dxa"/>
              <w:right w:w="110" w:type="dxa"/>
            </w:tcMar>
          </w:tcPr>
          <w:p w14:paraId="44683950"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sz w:val="22"/>
              </w:rPr>
              <w:t>Effet</w:t>
            </w:r>
            <w:proofErr w:type="spellEnd"/>
            <w:r w:rsidRPr="00A4550A">
              <w:rPr>
                <w:rFonts w:ascii="Aktiv Grotesk Corp" w:hAnsi="Aktiv Grotesk Corp"/>
                <w:sz w:val="22"/>
              </w:rPr>
              <w:t xml:space="preserve"> levier</w:t>
            </w:r>
          </w:p>
        </w:tc>
        <w:tc>
          <w:tcPr>
            <w:tcW w:w="6973" w:type="dxa"/>
            <w:tcMar>
              <w:top w:w="95" w:type="dxa"/>
              <w:left w:w="110" w:type="dxa"/>
              <w:bottom w:w="95" w:type="dxa"/>
              <w:right w:w="110" w:type="dxa"/>
            </w:tcMar>
          </w:tcPr>
          <w:p w14:paraId="6D6B8455"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Des rencontres ciblées permettant d’identifier clients, partenaires, investisseurs, intégrateurs ou relais commerciaux.</w:t>
            </w:r>
          </w:p>
        </w:tc>
      </w:tr>
    </w:tbl>
    <w:p w14:paraId="0820295E"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br w:type="page"/>
      </w:r>
    </w:p>
    <w:p w14:paraId="54DFAA81" w14:textId="77777777" w:rsidR="009C5FF7" w:rsidRPr="00A4550A" w:rsidRDefault="00000000" w:rsidP="00A4550A">
      <w:pPr>
        <w:spacing w:after="0" w:line="240" w:lineRule="auto"/>
        <w:jc w:val="both"/>
        <w:rPr>
          <w:rFonts w:ascii="Aktiv Grotesk Corp" w:hAnsi="Aktiv Grotesk Corp"/>
        </w:rPr>
      </w:pPr>
      <w:r w:rsidRPr="00A4550A">
        <w:rPr>
          <w:rFonts w:ascii="Aktiv Grotesk Corp" w:hAnsi="Aktiv Grotesk Corp"/>
          <w:noProof/>
        </w:rPr>
        <w:lastRenderedPageBreak/>
        <w:drawing>
          <wp:inline distT="0" distB="0" distL="0" distR="0" wp14:anchorId="213C8C46" wp14:editId="2ADE1AD8">
            <wp:extent cx="5688000" cy="7292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banner.png"/>
                    <pic:cNvPicPr/>
                  </pic:nvPicPr>
                  <pic:blipFill>
                    <a:blip r:embed="rId8"/>
                    <a:stretch>
                      <a:fillRect/>
                    </a:stretch>
                  </pic:blipFill>
                  <pic:spPr>
                    <a:xfrm>
                      <a:off x="0" y="0"/>
                      <a:ext cx="5688000" cy="729231"/>
                    </a:xfrm>
                    <a:prstGeom prst="rect">
                      <a:avLst/>
                    </a:prstGeom>
                  </pic:spPr>
                </pic:pic>
              </a:graphicData>
            </a:graphic>
          </wp:inline>
        </w:drawing>
      </w:r>
    </w:p>
    <w:p w14:paraId="239CE8E9"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E22B2F"/>
          <w:lang w:val="fr-FR"/>
        </w:rPr>
        <w:t>OPPORTUNITÉS</w:t>
      </w:r>
    </w:p>
    <w:p w14:paraId="55A00883" w14:textId="77777777" w:rsidR="009C5FF7" w:rsidRPr="00A4550A" w:rsidRDefault="00000000" w:rsidP="00A4550A">
      <w:pPr>
        <w:pStyle w:val="Titre"/>
        <w:pBdr>
          <w:bottom w:val="single" w:sz="12" w:space="4" w:color="E22B2F"/>
        </w:pBdr>
        <w:spacing w:after="0"/>
        <w:jc w:val="both"/>
        <w:rPr>
          <w:rFonts w:ascii="Aktiv Grotesk Corp" w:hAnsi="Aktiv Grotesk Corp"/>
          <w:lang w:val="fr-FR"/>
        </w:rPr>
      </w:pPr>
      <w:r w:rsidRPr="00A4550A">
        <w:rPr>
          <w:rFonts w:ascii="Aktiv Grotesk Corp" w:hAnsi="Aktiv Grotesk Corp"/>
          <w:lang w:val="fr-FR"/>
        </w:rPr>
        <w:t>Des filières à forte valeur ajoutée</w:t>
      </w:r>
    </w:p>
    <w:p w14:paraId="77736992" w14:textId="77777777" w:rsidR="009C5FF7" w:rsidRPr="00A4550A" w:rsidRDefault="00000000" w:rsidP="00A4550A">
      <w:pPr>
        <w:pStyle w:val="Sous-titre"/>
        <w:spacing w:after="0" w:line="240" w:lineRule="auto"/>
        <w:jc w:val="both"/>
        <w:rPr>
          <w:rFonts w:ascii="Aktiv Grotesk Corp" w:hAnsi="Aktiv Grotesk Corp"/>
          <w:lang w:val="fr-FR"/>
        </w:rPr>
      </w:pPr>
      <w:r w:rsidRPr="00A4550A">
        <w:rPr>
          <w:rFonts w:ascii="Aktiv Grotesk Corp" w:hAnsi="Aktiv Grotesk Corp"/>
          <w:lang w:val="fr-FR"/>
        </w:rPr>
        <w:t>Des rencontres adaptées aux intérêts exprimés par les entreprises participantes</w:t>
      </w:r>
    </w:p>
    <w:p w14:paraId="4AD15418" w14:textId="77777777" w:rsidR="00A4550A" w:rsidRDefault="00A4550A" w:rsidP="00A4550A">
      <w:pPr>
        <w:pStyle w:val="Corpsdetexte"/>
        <w:spacing w:after="0" w:line="240" w:lineRule="auto"/>
        <w:jc w:val="both"/>
        <w:rPr>
          <w:rFonts w:ascii="Aktiv Grotesk Corp" w:hAnsi="Aktiv Grotesk Corp"/>
          <w:sz w:val="22"/>
          <w:lang w:val="fr-FR"/>
        </w:rPr>
      </w:pPr>
    </w:p>
    <w:p w14:paraId="21A5FA08" w14:textId="5EF3D222" w:rsidR="009C5FF7" w:rsidRDefault="00000000" w:rsidP="00A4550A">
      <w:pPr>
        <w:pStyle w:val="Corpsdetexte"/>
        <w:spacing w:after="0" w:line="240" w:lineRule="auto"/>
        <w:jc w:val="both"/>
        <w:rPr>
          <w:rFonts w:ascii="Aktiv Grotesk Corp" w:hAnsi="Aktiv Grotesk Corp"/>
          <w:sz w:val="22"/>
          <w:lang w:val="fr-FR"/>
        </w:rPr>
      </w:pPr>
      <w:r w:rsidRPr="00A4550A">
        <w:rPr>
          <w:rFonts w:ascii="Aktiv Grotesk Corp" w:hAnsi="Aktiv Grotesk Corp"/>
          <w:sz w:val="22"/>
          <w:lang w:val="fr-FR"/>
        </w:rPr>
        <w:t>Le programme sera affiné à partir des projets des participants. Les filières ci-dessous constituent les principaux axes de prospection identifiés pour les rencontres à Rome et à Pescara.</w:t>
      </w:r>
    </w:p>
    <w:p w14:paraId="54D9EF78" w14:textId="77777777" w:rsidR="00A4550A" w:rsidRPr="00A4550A" w:rsidRDefault="00A4550A" w:rsidP="00A4550A">
      <w:pPr>
        <w:pStyle w:val="Corpsdetexte"/>
        <w:spacing w:after="0" w:line="240" w:lineRule="auto"/>
        <w:jc w:val="both"/>
        <w:rPr>
          <w:rFonts w:ascii="Aktiv Grotesk Corp" w:hAnsi="Aktiv Grotesk Corp"/>
          <w:sz w:val="22"/>
          <w:lang w:val="fr-FR"/>
        </w:rPr>
      </w:pPr>
    </w:p>
    <w:tbl>
      <w:tblPr>
        <w:tblW w:w="0" w:type="auto"/>
        <w:jc w:val="center"/>
        <w:tblLayout w:type="fixed"/>
        <w:tblLook w:val="04A0" w:firstRow="1" w:lastRow="0" w:firstColumn="1" w:lastColumn="0" w:noHBand="0" w:noVBand="1"/>
      </w:tblPr>
      <w:tblGrid>
        <w:gridCol w:w="2608"/>
        <w:gridCol w:w="6463"/>
      </w:tblGrid>
      <w:tr w:rsidR="009C5FF7" w:rsidRPr="00A4550A" w14:paraId="26CEB9E9" w14:textId="77777777">
        <w:trPr>
          <w:jc w:val="center"/>
        </w:trPr>
        <w:tc>
          <w:tcPr>
            <w:tcW w:w="2608" w:type="dxa"/>
            <w:shd w:val="clear" w:color="auto" w:fill="162C5B"/>
            <w:tcMar>
              <w:top w:w="100" w:type="dxa"/>
              <w:left w:w="110" w:type="dxa"/>
              <w:bottom w:w="100" w:type="dxa"/>
              <w:right w:w="110" w:type="dxa"/>
            </w:tcMar>
            <w:vAlign w:val="center"/>
          </w:tcPr>
          <w:p w14:paraId="7775BF46"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b/>
                <w:color w:val="FFFFFF"/>
                <w:sz w:val="22"/>
              </w:rPr>
              <w:t>Filières</w:t>
            </w:r>
            <w:proofErr w:type="spellEnd"/>
          </w:p>
        </w:tc>
        <w:tc>
          <w:tcPr>
            <w:tcW w:w="6463" w:type="dxa"/>
            <w:shd w:val="clear" w:color="auto" w:fill="162C5B"/>
            <w:tcMar>
              <w:top w:w="100" w:type="dxa"/>
              <w:left w:w="110" w:type="dxa"/>
              <w:bottom w:w="100" w:type="dxa"/>
              <w:right w:w="110" w:type="dxa"/>
            </w:tcMar>
            <w:vAlign w:val="center"/>
          </w:tcPr>
          <w:p w14:paraId="7B37CD5F"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b/>
                <w:color w:val="FFFFFF"/>
                <w:sz w:val="22"/>
                <w:lang w:val="fr-FR"/>
              </w:rPr>
              <w:t>Segments et sujets de coopération</w:t>
            </w:r>
          </w:p>
        </w:tc>
      </w:tr>
      <w:tr w:rsidR="009C5FF7" w:rsidRPr="00A4550A" w14:paraId="16FAB56C" w14:textId="77777777">
        <w:trPr>
          <w:jc w:val="center"/>
        </w:trPr>
        <w:tc>
          <w:tcPr>
            <w:tcW w:w="2608" w:type="dxa"/>
            <w:shd w:val="clear" w:color="auto" w:fill="F5F7FA"/>
            <w:tcMar>
              <w:top w:w="95" w:type="dxa"/>
              <w:left w:w="110" w:type="dxa"/>
              <w:bottom w:w="95" w:type="dxa"/>
              <w:right w:w="110" w:type="dxa"/>
            </w:tcMar>
          </w:tcPr>
          <w:p w14:paraId="63BEF7FC"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 xml:space="preserve">Intelligence </w:t>
            </w:r>
            <w:proofErr w:type="spellStart"/>
            <w:r w:rsidRPr="00A4550A">
              <w:rPr>
                <w:rFonts w:ascii="Aktiv Grotesk Corp" w:hAnsi="Aktiv Grotesk Corp"/>
                <w:sz w:val="22"/>
              </w:rPr>
              <w:t>artificielle</w:t>
            </w:r>
            <w:proofErr w:type="spellEnd"/>
            <w:r w:rsidRPr="00A4550A">
              <w:rPr>
                <w:rFonts w:ascii="Aktiv Grotesk Corp" w:hAnsi="Aktiv Grotesk Corp"/>
                <w:sz w:val="22"/>
              </w:rPr>
              <w:t xml:space="preserve"> &amp; numérique</w:t>
            </w:r>
          </w:p>
        </w:tc>
        <w:tc>
          <w:tcPr>
            <w:tcW w:w="6463" w:type="dxa"/>
            <w:shd w:val="clear" w:color="auto" w:fill="F5F7FA"/>
            <w:tcMar>
              <w:top w:w="95" w:type="dxa"/>
              <w:left w:w="110" w:type="dxa"/>
              <w:bottom w:w="95" w:type="dxa"/>
              <w:right w:w="110" w:type="dxa"/>
            </w:tcMar>
          </w:tcPr>
          <w:p w14:paraId="303C5E4E"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Agents IA, logiciels métiers, data, cybersécurité, cloud, digitalisation des organisations et de l’industrie.</w:t>
            </w:r>
          </w:p>
        </w:tc>
      </w:tr>
      <w:tr w:rsidR="009C5FF7" w:rsidRPr="00A4550A" w14:paraId="5AAAC2AC" w14:textId="77777777">
        <w:trPr>
          <w:jc w:val="center"/>
        </w:trPr>
        <w:tc>
          <w:tcPr>
            <w:tcW w:w="2608" w:type="dxa"/>
            <w:tcMar>
              <w:top w:w="95" w:type="dxa"/>
              <w:left w:w="110" w:type="dxa"/>
              <w:bottom w:w="95" w:type="dxa"/>
              <w:right w:w="110" w:type="dxa"/>
            </w:tcMar>
          </w:tcPr>
          <w:p w14:paraId="2B0EB6F8"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 xml:space="preserve">Industrie &amp; tech </w:t>
            </w:r>
            <w:proofErr w:type="spellStart"/>
            <w:r w:rsidRPr="00A4550A">
              <w:rPr>
                <w:rFonts w:ascii="Aktiv Grotesk Corp" w:hAnsi="Aktiv Grotesk Corp"/>
                <w:sz w:val="22"/>
              </w:rPr>
              <w:t>industrielle</w:t>
            </w:r>
            <w:proofErr w:type="spellEnd"/>
          </w:p>
        </w:tc>
        <w:tc>
          <w:tcPr>
            <w:tcW w:w="6463" w:type="dxa"/>
            <w:tcMar>
              <w:top w:w="95" w:type="dxa"/>
              <w:left w:w="110" w:type="dxa"/>
              <w:bottom w:w="95" w:type="dxa"/>
              <w:right w:w="110" w:type="dxa"/>
            </w:tcMar>
          </w:tcPr>
          <w:p w14:paraId="6E8E0D8D"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Automatisation, équipements, solutions pour PME et ETI, industrie 4.0, logiciels embarqués et services industriels.</w:t>
            </w:r>
          </w:p>
        </w:tc>
      </w:tr>
      <w:tr w:rsidR="009C5FF7" w:rsidRPr="00A4550A" w14:paraId="010D2B3D" w14:textId="77777777">
        <w:trPr>
          <w:jc w:val="center"/>
        </w:trPr>
        <w:tc>
          <w:tcPr>
            <w:tcW w:w="2608" w:type="dxa"/>
            <w:shd w:val="clear" w:color="auto" w:fill="F5F7FA"/>
            <w:tcMar>
              <w:top w:w="95" w:type="dxa"/>
              <w:left w:w="110" w:type="dxa"/>
              <w:bottom w:w="95" w:type="dxa"/>
              <w:right w:w="110" w:type="dxa"/>
            </w:tcMar>
          </w:tcPr>
          <w:p w14:paraId="63FB226A"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sz w:val="22"/>
              </w:rPr>
              <w:t>Mobilité</w:t>
            </w:r>
            <w:proofErr w:type="spellEnd"/>
            <w:r w:rsidRPr="00A4550A">
              <w:rPr>
                <w:rFonts w:ascii="Aktiv Grotesk Corp" w:hAnsi="Aktiv Grotesk Corp"/>
                <w:sz w:val="22"/>
              </w:rPr>
              <w:t xml:space="preserve">, automobile &amp; </w:t>
            </w:r>
            <w:proofErr w:type="spellStart"/>
            <w:r w:rsidRPr="00A4550A">
              <w:rPr>
                <w:rFonts w:ascii="Aktiv Grotesk Corp" w:hAnsi="Aktiv Grotesk Corp"/>
                <w:sz w:val="22"/>
              </w:rPr>
              <w:t>logistique</w:t>
            </w:r>
            <w:proofErr w:type="spellEnd"/>
          </w:p>
        </w:tc>
        <w:tc>
          <w:tcPr>
            <w:tcW w:w="6463" w:type="dxa"/>
            <w:shd w:val="clear" w:color="auto" w:fill="F5F7FA"/>
            <w:tcMar>
              <w:top w:w="95" w:type="dxa"/>
              <w:left w:w="110" w:type="dxa"/>
              <w:bottom w:w="95" w:type="dxa"/>
              <w:right w:w="110" w:type="dxa"/>
            </w:tcMar>
          </w:tcPr>
          <w:p w14:paraId="346425DC"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Chaînes de valeur industrielles, transport, logistique, électrification, technologies embarquées et services associés.</w:t>
            </w:r>
          </w:p>
        </w:tc>
      </w:tr>
      <w:tr w:rsidR="009C5FF7" w:rsidRPr="00A4550A" w14:paraId="56B68D5A" w14:textId="77777777">
        <w:trPr>
          <w:jc w:val="center"/>
        </w:trPr>
        <w:tc>
          <w:tcPr>
            <w:tcW w:w="2608" w:type="dxa"/>
            <w:tcMar>
              <w:top w:w="95" w:type="dxa"/>
              <w:left w:w="110" w:type="dxa"/>
              <w:bottom w:w="95" w:type="dxa"/>
              <w:right w:w="110" w:type="dxa"/>
            </w:tcMar>
          </w:tcPr>
          <w:p w14:paraId="71406D1E" w14:textId="61C94F28"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 xml:space="preserve">Santé, </w:t>
            </w:r>
            <w:r w:rsidR="004C6C24">
              <w:rPr>
                <w:rFonts w:ascii="Aktiv Grotesk Corp" w:hAnsi="Aktiv Grotesk Corp"/>
                <w:sz w:val="22"/>
              </w:rPr>
              <w:t xml:space="preserve">Agri, </w:t>
            </w:r>
            <w:r w:rsidRPr="00A4550A">
              <w:rPr>
                <w:rFonts w:ascii="Aktiv Grotesk Corp" w:hAnsi="Aktiv Grotesk Corp"/>
                <w:sz w:val="22"/>
              </w:rPr>
              <w:t>biotech &amp; pharma</w:t>
            </w:r>
          </w:p>
        </w:tc>
        <w:tc>
          <w:tcPr>
            <w:tcW w:w="6463" w:type="dxa"/>
            <w:tcMar>
              <w:top w:w="95" w:type="dxa"/>
              <w:left w:w="110" w:type="dxa"/>
              <w:bottom w:w="95" w:type="dxa"/>
              <w:right w:w="110" w:type="dxa"/>
            </w:tcMar>
          </w:tcPr>
          <w:p w14:paraId="4FA70D50" w14:textId="40E8D542"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 xml:space="preserve">E-santé, dispositifs et solutions numériques, recherche, biotechnologies, </w:t>
            </w:r>
            <w:proofErr w:type="spellStart"/>
            <w:r w:rsidR="004C6C24">
              <w:rPr>
                <w:rFonts w:ascii="Aktiv Grotesk Corp" w:hAnsi="Aktiv Grotesk Corp"/>
                <w:sz w:val="22"/>
                <w:lang w:val="fr-FR"/>
              </w:rPr>
              <w:t>agri-business</w:t>
            </w:r>
            <w:proofErr w:type="spellEnd"/>
            <w:r w:rsidR="004C6C24">
              <w:rPr>
                <w:rFonts w:ascii="Aktiv Grotesk Corp" w:hAnsi="Aktiv Grotesk Corp"/>
                <w:sz w:val="22"/>
                <w:lang w:val="fr-FR"/>
              </w:rPr>
              <w:t xml:space="preserve">, </w:t>
            </w:r>
            <w:r w:rsidRPr="00A4550A">
              <w:rPr>
                <w:rFonts w:ascii="Aktiv Grotesk Corp" w:hAnsi="Aktiv Grotesk Corp"/>
                <w:sz w:val="22"/>
                <w:lang w:val="fr-FR"/>
              </w:rPr>
              <w:t>pharma et coopération entre écosystèmes.</w:t>
            </w:r>
          </w:p>
        </w:tc>
      </w:tr>
      <w:tr w:rsidR="009C5FF7" w:rsidRPr="00A4550A" w14:paraId="276CDC38" w14:textId="77777777">
        <w:trPr>
          <w:jc w:val="center"/>
        </w:trPr>
        <w:tc>
          <w:tcPr>
            <w:tcW w:w="2608" w:type="dxa"/>
            <w:shd w:val="clear" w:color="auto" w:fill="F5F7FA"/>
            <w:tcMar>
              <w:top w:w="95" w:type="dxa"/>
              <w:left w:w="110" w:type="dxa"/>
              <w:bottom w:w="95" w:type="dxa"/>
              <w:right w:w="110" w:type="dxa"/>
            </w:tcMar>
          </w:tcPr>
          <w:p w14:paraId="3459A6FD"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sz w:val="22"/>
              </w:rPr>
              <w:t>Tourisme</w:t>
            </w:r>
            <w:proofErr w:type="spellEnd"/>
            <w:r w:rsidRPr="00A4550A">
              <w:rPr>
                <w:rFonts w:ascii="Aktiv Grotesk Corp" w:hAnsi="Aktiv Grotesk Corp"/>
                <w:sz w:val="22"/>
              </w:rPr>
              <w:t xml:space="preserve">, </w:t>
            </w:r>
            <w:proofErr w:type="spellStart"/>
            <w:r w:rsidRPr="00A4550A">
              <w:rPr>
                <w:rFonts w:ascii="Aktiv Grotesk Corp" w:hAnsi="Aktiv Grotesk Corp"/>
                <w:sz w:val="22"/>
              </w:rPr>
              <w:t>hôtellerie</w:t>
            </w:r>
            <w:proofErr w:type="spellEnd"/>
            <w:r w:rsidRPr="00A4550A">
              <w:rPr>
                <w:rFonts w:ascii="Aktiv Grotesk Corp" w:hAnsi="Aktiv Grotesk Corp"/>
                <w:sz w:val="22"/>
              </w:rPr>
              <w:t xml:space="preserve"> &amp; </w:t>
            </w:r>
            <w:proofErr w:type="spellStart"/>
            <w:r w:rsidRPr="00A4550A">
              <w:rPr>
                <w:rFonts w:ascii="Aktiv Grotesk Corp" w:hAnsi="Aktiv Grotesk Corp"/>
                <w:sz w:val="22"/>
              </w:rPr>
              <w:t>économie</w:t>
            </w:r>
            <w:proofErr w:type="spellEnd"/>
            <w:r w:rsidRPr="00A4550A">
              <w:rPr>
                <w:rFonts w:ascii="Aktiv Grotesk Corp" w:hAnsi="Aktiv Grotesk Corp"/>
                <w:sz w:val="22"/>
              </w:rPr>
              <w:t xml:space="preserve"> méditerranéenne</w:t>
            </w:r>
          </w:p>
        </w:tc>
        <w:tc>
          <w:tcPr>
            <w:tcW w:w="6463" w:type="dxa"/>
            <w:shd w:val="clear" w:color="auto" w:fill="F5F7FA"/>
            <w:tcMar>
              <w:top w:w="95" w:type="dxa"/>
              <w:left w:w="110" w:type="dxa"/>
              <w:bottom w:w="95" w:type="dxa"/>
              <w:right w:w="110" w:type="dxa"/>
            </w:tcMar>
          </w:tcPr>
          <w:p w14:paraId="6E6803F6"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Services, hospitalité, industries créatives, économie résidentielle et valorisation des destinations.</w:t>
            </w:r>
          </w:p>
        </w:tc>
      </w:tr>
      <w:tr w:rsidR="009C5FF7" w:rsidRPr="00A4550A" w14:paraId="53611455" w14:textId="77777777">
        <w:trPr>
          <w:jc w:val="center"/>
        </w:trPr>
        <w:tc>
          <w:tcPr>
            <w:tcW w:w="2608" w:type="dxa"/>
            <w:tcMar>
              <w:top w:w="95" w:type="dxa"/>
              <w:left w:w="110" w:type="dxa"/>
              <w:bottom w:w="95" w:type="dxa"/>
              <w:right w:w="110" w:type="dxa"/>
            </w:tcMar>
          </w:tcPr>
          <w:p w14:paraId="164920E5"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sz w:val="22"/>
              </w:rPr>
              <w:t>Compétences</w:t>
            </w:r>
            <w:proofErr w:type="spellEnd"/>
            <w:r w:rsidRPr="00A4550A">
              <w:rPr>
                <w:rFonts w:ascii="Aktiv Grotesk Corp" w:hAnsi="Aktiv Grotesk Corp"/>
                <w:sz w:val="22"/>
              </w:rPr>
              <w:t xml:space="preserve"> &amp; formation</w:t>
            </w:r>
          </w:p>
        </w:tc>
        <w:tc>
          <w:tcPr>
            <w:tcW w:w="6463" w:type="dxa"/>
            <w:tcMar>
              <w:top w:w="95" w:type="dxa"/>
              <w:left w:w="110" w:type="dxa"/>
              <w:bottom w:w="95" w:type="dxa"/>
              <w:right w:w="110" w:type="dxa"/>
            </w:tcMar>
          </w:tcPr>
          <w:p w14:paraId="0E7FAEC9"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Formation professionnelle, partenariats universitaires, montée en compétences et transfert de savoir-faire.</w:t>
            </w:r>
          </w:p>
        </w:tc>
      </w:tr>
    </w:tbl>
    <w:p w14:paraId="58EACB9D" w14:textId="77777777" w:rsidR="00A4550A" w:rsidRDefault="00A4550A" w:rsidP="00A4550A">
      <w:pPr>
        <w:pStyle w:val="Titre2"/>
        <w:spacing w:before="0" w:line="240" w:lineRule="auto"/>
        <w:jc w:val="both"/>
        <w:rPr>
          <w:rFonts w:ascii="Aktiv Grotesk Corp" w:hAnsi="Aktiv Grotesk Corp"/>
          <w:lang w:val="fr-FR"/>
        </w:rPr>
      </w:pPr>
    </w:p>
    <w:p w14:paraId="4E55ED60" w14:textId="25C02F7E" w:rsidR="009C5FF7" w:rsidRPr="00A4550A"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Une approche orientée business</w:t>
      </w:r>
    </w:p>
    <w:p w14:paraId="7DDD2383" w14:textId="77777777" w:rsidR="00A4550A" w:rsidRPr="00A4550A" w:rsidRDefault="00A4550A" w:rsidP="00A4550A">
      <w:pPr>
        <w:pStyle w:val="Corpsdetexte"/>
        <w:spacing w:after="0" w:line="240" w:lineRule="auto"/>
        <w:jc w:val="both"/>
        <w:rPr>
          <w:rFonts w:ascii="Aktiv Grotesk Corp" w:hAnsi="Aktiv Grotesk Corp"/>
          <w:sz w:val="22"/>
          <w:lang w:val="fr-FR"/>
        </w:rPr>
      </w:pPr>
    </w:p>
    <w:p w14:paraId="51805650" w14:textId="429233E1" w:rsidR="009C5FF7" w:rsidRPr="00A4550A" w:rsidRDefault="00000000" w:rsidP="00A4550A">
      <w:pPr>
        <w:pStyle w:val="Corpsdetexte"/>
        <w:spacing w:after="0" w:line="240" w:lineRule="auto"/>
        <w:jc w:val="both"/>
        <w:rPr>
          <w:rFonts w:ascii="Aktiv Grotesk Corp" w:hAnsi="Aktiv Grotesk Corp"/>
          <w:sz w:val="22"/>
          <w:lang w:val="fr-FR"/>
        </w:rPr>
      </w:pPr>
      <w:r w:rsidRPr="00A4550A">
        <w:rPr>
          <w:rFonts w:ascii="Aktiv Grotesk Corp" w:hAnsi="Aktiv Grotesk Corp"/>
          <w:sz w:val="22"/>
          <w:lang w:val="fr-FR"/>
        </w:rPr>
        <w:t>Chaque entreprise sera invitée à préciser la relation recherchée : prospection commerciale, distributeur ou intégrateur, partenariat industriel ou technologique, investissement, coopération R&amp;D, implantation ou accès à un réseau local. Les rendez-vous seront préparés en fonction de ces priorités et des possibilités offertes par les partenaires italiens.</w:t>
      </w:r>
    </w:p>
    <w:p w14:paraId="0226811E" w14:textId="77777777" w:rsidR="00A4550A" w:rsidRPr="00A4550A" w:rsidRDefault="00A4550A" w:rsidP="00A4550A">
      <w:pPr>
        <w:pStyle w:val="Titre2"/>
        <w:spacing w:before="0" w:line="240" w:lineRule="auto"/>
        <w:jc w:val="both"/>
        <w:rPr>
          <w:rFonts w:ascii="Aktiv Grotesk Corp" w:hAnsi="Aktiv Grotesk Corp"/>
          <w:sz w:val="22"/>
          <w:szCs w:val="22"/>
        </w:rPr>
      </w:pPr>
    </w:p>
    <w:p w14:paraId="437C1E1E" w14:textId="27A8648F" w:rsidR="009C5FF7" w:rsidRPr="00A4550A"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Ce que la délégation apporte</w:t>
      </w:r>
    </w:p>
    <w:p w14:paraId="2F8F62ED" w14:textId="77777777" w:rsidR="00A4550A" w:rsidRDefault="00A4550A" w:rsidP="00A4550A">
      <w:pPr>
        <w:pStyle w:val="Listepuces"/>
        <w:numPr>
          <w:ilvl w:val="0"/>
          <w:numId w:val="0"/>
        </w:numPr>
        <w:spacing w:after="0" w:line="240" w:lineRule="auto"/>
        <w:ind w:left="360" w:hanging="360"/>
        <w:jc w:val="both"/>
        <w:rPr>
          <w:rFonts w:ascii="Aktiv Grotesk Corp" w:hAnsi="Aktiv Grotesk Corp"/>
          <w:lang w:val="fr-FR"/>
        </w:rPr>
      </w:pPr>
    </w:p>
    <w:p w14:paraId="0B9C43B0" w14:textId="643710E1" w:rsidR="009C5FF7" w:rsidRPr="00A4550A" w:rsidRDefault="00000000" w:rsidP="00A4550A">
      <w:pPr>
        <w:pStyle w:val="Listepuces"/>
        <w:numPr>
          <w:ilvl w:val="0"/>
          <w:numId w:val="10"/>
        </w:numPr>
        <w:spacing w:after="0" w:line="240" w:lineRule="auto"/>
        <w:jc w:val="both"/>
        <w:rPr>
          <w:rFonts w:ascii="Aktiv Grotesk Corp" w:hAnsi="Aktiv Grotesk Corp"/>
          <w:sz w:val="22"/>
          <w:lang w:val="fr-FR"/>
        </w:rPr>
      </w:pPr>
      <w:r w:rsidRPr="00A4550A">
        <w:rPr>
          <w:rFonts w:ascii="Aktiv Grotesk Corp" w:hAnsi="Aktiv Grotesk Corp"/>
          <w:sz w:val="22"/>
          <w:lang w:val="fr-FR"/>
        </w:rPr>
        <w:t>Accès aux réseaux Confindustria au niveau national, à Rome et dans les Abruzzes.</w:t>
      </w:r>
    </w:p>
    <w:p w14:paraId="04DD61CD" w14:textId="1A341419" w:rsidR="009C5FF7" w:rsidRPr="00A4550A" w:rsidRDefault="00000000" w:rsidP="00A4550A">
      <w:pPr>
        <w:pStyle w:val="Listepuces"/>
        <w:numPr>
          <w:ilvl w:val="0"/>
          <w:numId w:val="10"/>
        </w:numPr>
        <w:spacing w:after="0" w:line="240" w:lineRule="auto"/>
        <w:jc w:val="both"/>
        <w:rPr>
          <w:rFonts w:ascii="Aktiv Grotesk Corp" w:hAnsi="Aktiv Grotesk Corp"/>
          <w:sz w:val="22"/>
          <w:lang w:val="fr-FR"/>
        </w:rPr>
      </w:pPr>
      <w:r w:rsidRPr="00A4550A">
        <w:rPr>
          <w:rFonts w:ascii="Aktiv Grotesk Corp" w:hAnsi="Aktiv Grotesk Corp"/>
          <w:sz w:val="22"/>
          <w:lang w:val="fr-FR"/>
        </w:rPr>
        <w:t>Rencontres institutionnelles et business à valeur ajoutée.</w:t>
      </w:r>
    </w:p>
    <w:p w14:paraId="3BFDA50D" w14:textId="77777777" w:rsidR="009C5FF7" w:rsidRPr="00A4550A" w:rsidRDefault="00000000" w:rsidP="00A4550A">
      <w:pPr>
        <w:pStyle w:val="Listepuces"/>
        <w:numPr>
          <w:ilvl w:val="0"/>
          <w:numId w:val="10"/>
        </w:numPr>
        <w:spacing w:after="0" w:line="240" w:lineRule="auto"/>
        <w:jc w:val="both"/>
        <w:rPr>
          <w:rFonts w:ascii="Aktiv Grotesk Corp" w:hAnsi="Aktiv Grotesk Corp"/>
          <w:sz w:val="22"/>
          <w:lang w:val="fr-FR"/>
        </w:rPr>
      </w:pPr>
      <w:r w:rsidRPr="00A4550A">
        <w:rPr>
          <w:rFonts w:ascii="Aktiv Grotesk Corp" w:hAnsi="Aktiv Grotesk Corp"/>
          <w:sz w:val="22"/>
          <w:lang w:val="fr-FR"/>
        </w:rPr>
        <w:t>Participation à un événement italien de référence consacré à l’innovation.</w:t>
      </w:r>
    </w:p>
    <w:p w14:paraId="0CB1CAAD" w14:textId="77777777" w:rsidR="009C5FF7" w:rsidRPr="00A4550A" w:rsidRDefault="00000000" w:rsidP="00A4550A">
      <w:pPr>
        <w:pStyle w:val="Listepuces"/>
        <w:numPr>
          <w:ilvl w:val="0"/>
          <w:numId w:val="10"/>
        </w:numPr>
        <w:spacing w:after="0" w:line="240" w:lineRule="auto"/>
        <w:jc w:val="both"/>
        <w:rPr>
          <w:rFonts w:ascii="Aktiv Grotesk Corp" w:hAnsi="Aktiv Grotesk Corp"/>
          <w:sz w:val="22"/>
          <w:lang w:val="fr-FR"/>
        </w:rPr>
      </w:pPr>
      <w:r w:rsidRPr="00A4550A">
        <w:rPr>
          <w:rFonts w:ascii="Aktiv Grotesk Corp" w:hAnsi="Aktiv Grotesk Corp"/>
          <w:sz w:val="22"/>
          <w:lang w:val="fr-FR"/>
        </w:rPr>
        <w:t>Mise en relation avec des entreprises de la tech et de l’industrie.</w:t>
      </w:r>
    </w:p>
    <w:p w14:paraId="1BB9185B" w14:textId="77777777" w:rsidR="009C5FF7" w:rsidRPr="00A4550A" w:rsidRDefault="00000000" w:rsidP="00A4550A">
      <w:pPr>
        <w:pStyle w:val="Listepuces"/>
        <w:numPr>
          <w:ilvl w:val="0"/>
          <w:numId w:val="10"/>
        </w:numPr>
        <w:spacing w:after="0" w:line="240" w:lineRule="auto"/>
        <w:jc w:val="both"/>
        <w:rPr>
          <w:rFonts w:ascii="Aktiv Grotesk Corp" w:hAnsi="Aktiv Grotesk Corp"/>
          <w:sz w:val="22"/>
          <w:lang w:val="fr-FR"/>
        </w:rPr>
      </w:pPr>
      <w:r w:rsidRPr="00A4550A">
        <w:rPr>
          <w:rFonts w:ascii="Aktiv Grotesk Corp" w:hAnsi="Aktiv Grotesk Corp"/>
          <w:sz w:val="22"/>
          <w:lang w:val="fr-FR"/>
        </w:rPr>
        <w:t>Possibilité de visites de sites industriels selon les intérêts exprimés et sous réserve d’organisation.</w:t>
      </w:r>
    </w:p>
    <w:p w14:paraId="26E815CE" w14:textId="0682D521" w:rsidR="009C5FF7" w:rsidRPr="00A4550A" w:rsidRDefault="00000000" w:rsidP="00A4550A">
      <w:pPr>
        <w:pStyle w:val="Listepuces"/>
        <w:numPr>
          <w:ilvl w:val="0"/>
          <w:numId w:val="10"/>
        </w:numPr>
        <w:spacing w:after="0" w:line="240" w:lineRule="auto"/>
        <w:jc w:val="both"/>
        <w:rPr>
          <w:rFonts w:ascii="Aktiv Grotesk Corp" w:hAnsi="Aktiv Grotesk Corp"/>
          <w:sz w:val="22"/>
          <w:lang w:val="fr-FR"/>
        </w:rPr>
      </w:pPr>
      <w:r w:rsidRPr="00A4550A">
        <w:rPr>
          <w:rFonts w:ascii="Aktiv Grotesk Corp" w:hAnsi="Aktiv Grotesk Corp"/>
          <w:sz w:val="22"/>
          <w:lang w:val="fr-FR"/>
        </w:rPr>
        <w:t>Suivi des contacts et opportunités après la mission</w:t>
      </w:r>
      <w:r w:rsidR="00A4550A" w:rsidRPr="00A4550A">
        <w:rPr>
          <w:rFonts w:ascii="Aktiv Grotesk Corp" w:hAnsi="Aktiv Grotesk Corp"/>
          <w:sz w:val="22"/>
          <w:lang w:val="fr-FR"/>
        </w:rPr>
        <w:t xml:space="preserve"> via les canaux de l’UPE06, de Team Côte d’Azur et de la French Tech Côte d’Azur.</w:t>
      </w:r>
    </w:p>
    <w:p w14:paraId="309942E6"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lang w:val="fr-FR"/>
        </w:rPr>
        <w:br w:type="page"/>
      </w:r>
    </w:p>
    <w:p w14:paraId="02A83AD7" w14:textId="77777777" w:rsidR="009C5FF7" w:rsidRPr="00A4550A" w:rsidRDefault="00000000" w:rsidP="00A4550A">
      <w:pPr>
        <w:spacing w:after="0" w:line="240" w:lineRule="auto"/>
        <w:jc w:val="both"/>
        <w:rPr>
          <w:rFonts w:ascii="Aktiv Grotesk Corp" w:hAnsi="Aktiv Grotesk Corp"/>
        </w:rPr>
      </w:pPr>
      <w:r w:rsidRPr="00A4550A">
        <w:rPr>
          <w:rFonts w:ascii="Aktiv Grotesk Corp" w:hAnsi="Aktiv Grotesk Corp"/>
          <w:noProof/>
        </w:rPr>
        <w:lastRenderedPageBreak/>
        <w:drawing>
          <wp:inline distT="0" distB="0" distL="0" distR="0" wp14:anchorId="25B899E7" wp14:editId="35F4E6B2">
            <wp:extent cx="5688000" cy="7292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banner.png"/>
                    <pic:cNvPicPr/>
                  </pic:nvPicPr>
                  <pic:blipFill>
                    <a:blip r:embed="rId8"/>
                    <a:stretch>
                      <a:fillRect/>
                    </a:stretch>
                  </pic:blipFill>
                  <pic:spPr>
                    <a:xfrm>
                      <a:off x="0" y="0"/>
                      <a:ext cx="5688000" cy="729231"/>
                    </a:xfrm>
                    <a:prstGeom prst="rect">
                      <a:avLst/>
                    </a:prstGeom>
                  </pic:spPr>
                </pic:pic>
              </a:graphicData>
            </a:graphic>
          </wp:inline>
        </w:drawing>
      </w:r>
    </w:p>
    <w:p w14:paraId="0AE5EFF3"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E22B2F"/>
          <w:lang w:val="fr-FR"/>
        </w:rPr>
        <w:t>PARTENARIAT</w:t>
      </w:r>
    </w:p>
    <w:p w14:paraId="3232E657" w14:textId="77777777" w:rsidR="009C5FF7" w:rsidRPr="00A4550A" w:rsidRDefault="00000000" w:rsidP="00A4550A">
      <w:pPr>
        <w:pStyle w:val="Titre"/>
        <w:pBdr>
          <w:bottom w:val="single" w:sz="12" w:space="4" w:color="E22B2F"/>
        </w:pBdr>
        <w:spacing w:after="0"/>
        <w:jc w:val="both"/>
        <w:rPr>
          <w:rFonts w:ascii="Aktiv Grotesk Corp" w:hAnsi="Aktiv Grotesk Corp"/>
          <w:lang w:val="fr-FR"/>
        </w:rPr>
      </w:pPr>
      <w:r w:rsidRPr="00A4550A">
        <w:rPr>
          <w:rFonts w:ascii="Aktiv Grotesk Corp" w:hAnsi="Aktiv Grotesk Corp"/>
          <w:lang w:val="fr-FR"/>
        </w:rPr>
        <w:t>Un cadre franco-italien structurant</w:t>
      </w:r>
    </w:p>
    <w:p w14:paraId="65BB76C1" w14:textId="77777777" w:rsidR="009C5FF7" w:rsidRPr="00A4550A" w:rsidRDefault="00000000" w:rsidP="00A4550A">
      <w:pPr>
        <w:pStyle w:val="Sous-titre"/>
        <w:spacing w:after="0" w:line="240" w:lineRule="auto"/>
        <w:jc w:val="both"/>
        <w:rPr>
          <w:rFonts w:ascii="Aktiv Grotesk Corp" w:hAnsi="Aktiv Grotesk Corp"/>
          <w:lang w:val="fr-FR"/>
        </w:rPr>
      </w:pPr>
      <w:r w:rsidRPr="00A4550A">
        <w:rPr>
          <w:rFonts w:ascii="Aktiv Grotesk Corp" w:hAnsi="Aktiv Grotesk Corp"/>
          <w:lang w:val="fr-FR"/>
        </w:rPr>
        <w:t>Du dialogue patronal national à la coopération économique territoriale</w:t>
      </w:r>
    </w:p>
    <w:p w14:paraId="63BB6BBE" w14:textId="77777777" w:rsidR="00A4550A" w:rsidRDefault="00A4550A" w:rsidP="00A4550A">
      <w:pPr>
        <w:pStyle w:val="Titre2"/>
        <w:spacing w:before="0" w:line="240" w:lineRule="auto"/>
        <w:jc w:val="both"/>
        <w:rPr>
          <w:rFonts w:ascii="Aktiv Grotesk Corp" w:hAnsi="Aktiv Grotesk Corp"/>
          <w:lang w:val="fr-FR"/>
        </w:rPr>
      </w:pPr>
    </w:p>
    <w:p w14:paraId="63C7AEED" w14:textId="7FFB38B5" w:rsidR="009C5FF7" w:rsidRPr="00A4550A"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 xml:space="preserve">Le </w:t>
      </w:r>
      <w:proofErr w:type="spellStart"/>
      <w:r w:rsidRPr="00A4550A">
        <w:rPr>
          <w:rFonts w:ascii="Aktiv Grotesk Corp" w:hAnsi="Aktiv Grotesk Corp"/>
          <w:lang w:val="fr-FR"/>
        </w:rPr>
        <w:t>Memorandum</w:t>
      </w:r>
      <w:proofErr w:type="spellEnd"/>
      <w:r w:rsidRPr="00A4550A">
        <w:rPr>
          <w:rFonts w:ascii="Aktiv Grotesk Corp" w:hAnsi="Aktiv Grotesk Corp"/>
          <w:lang w:val="fr-FR"/>
        </w:rPr>
        <w:t xml:space="preserve"> UPE06 – Confindustria Abruzzo Medio Adriatico</w:t>
      </w:r>
    </w:p>
    <w:p w14:paraId="7E8EB653" w14:textId="77777777" w:rsidR="009C5FF7" w:rsidRPr="00A4550A" w:rsidRDefault="00000000" w:rsidP="00A4550A">
      <w:pPr>
        <w:spacing w:before="120" w:after="0" w:line="240" w:lineRule="auto"/>
        <w:ind w:left="226" w:hanging="198"/>
        <w:jc w:val="both"/>
        <w:rPr>
          <w:rFonts w:ascii="Aktiv Grotesk Corp" w:hAnsi="Aktiv Grotesk Corp"/>
          <w:sz w:val="22"/>
          <w:lang w:val="fr-FR"/>
        </w:rPr>
      </w:pPr>
      <w:r w:rsidRPr="00A4550A">
        <w:rPr>
          <w:rFonts w:ascii="Aktiv Grotesk Corp" w:hAnsi="Aktiv Grotesk Corp"/>
          <w:b/>
          <w:color w:val="E22B2F"/>
          <w:sz w:val="22"/>
          <w:lang w:val="fr-FR"/>
        </w:rPr>
        <w:t xml:space="preserve">1. </w:t>
      </w:r>
      <w:r w:rsidRPr="00A4550A">
        <w:rPr>
          <w:rFonts w:ascii="Aktiv Grotesk Corp" w:hAnsi="Aktiv Grotesk Corp"/>
          <w:sz w:val="22"/>
          <w:lang w:val="fr-FR"/>
        </w:rPr>
        <w:t>Innovation et technologies : favoriser des projets conjoints, notamment autour de l’intelligence artificielle et des usages numériques dans les entreprises.</w:t>
      </w:r>
    </w:p>
    <w:p w14:paraId="43F59480" w14:textId="77777777" w:rsidR="009C5FF7" w:rsidRPr="00A4550A" w:rsidRDefault="00000000" w:rsidP="00A4550A">
      <w:pPr>
        <w:spacing w:before="120" w:after="0" w:line="240" w:lineRule="auto"/>
        <w:ind w:left="226" w:hanging="198"/>
        <w:jc w:val="both"/>
        <w:rPr>
          <w:rFonts w:ascii="Aktiv Grotesk Corp" w:hAnsi="Aktiv Grotesk Corp"/>
          <w:sz w:val="22"/>
          <w:lang w:val="fr-FR"/>
        </w:rPr>
      </w:pPr>
      <w:r w:rsidRPr="00A4550A">
        <w:rPr>
          <w:rFonts w:ascii="Aktiv Grotesk Corp" w:hAnsi="Aktiv Grotesk Corp"/>
          <w:b/>
          <w:color w:val="E22B2F"/>
          <w:sz w:val="22"/>
          <w:lang w:val="fr-FR"/>
        </w:rPr>
        <w:t xml:space="preserve">2. </w:t>
      </w:r>
      <w:r w:rsidRPr="00A4550A">
        <w:rPr>
          <w:rFonts w:ascii="Aktiv Grotesk Corp" w:hAnsi="Aktiv Grotesk Corp"/>
          <w:sz w:val="22"/>
          <w:lang w:val="fr-FR"/>
        </w:rPr>
        <w:t>Compétences : encourager le partage d’expertises, les formations et les coopérations entre écosystèmes.</w:t>
      </w:r>
    </w:p>
    <w:p w14:paraId="3F4EC033" w14:textId="77777777" w:rsidR="009C5FF7" w:rsidRPr="00A4550A" w:rsidRDefault="00000000" w:rsidP="00A4550A">
      <w:pPr>
        <w:spacing w:before="120" w:after="0" w:line="240" w:lineRule="auto"/>
        <w:ind w:left="226" w:hanging="198"/>
        <w:jc w:val="both"/>
        <w:rPr>
          <w:rFonts w:ascii="Aktiv Grotesk Corp" w:hAnsi="Aktiv Grotesk Corp"/>
          <w:sz w:val="22"/>
          <w:lang w:val="fr-FR"/>
        </w:rPr>
      </w:pPr>
      <w:r w:rsidRPr="00A4550A">
        <w:rPr>
          <w:rFonts w:ascii="Aktiv Grotesk Corp" w:hAnsi="Aktiv Grotesk Corp"/>
          <w:b/>
          <w:color w:val="E22B2F"/>
          <w:sz w:val="22"/>
          <w:lang w:val="fr-FR"/>
        </w:rPr>
        <w:t xml:space="preserve">3. </w:t>
      </w:r>
      <w:r w:rsidRPr="00A4550A">
        <w:rPr>
          <w:rFonts w:ascii="Aktiv Grotesk Corp" w:hAnsi="Aktiv Grotesk Corp"/>
          <w:sz w:val="22"/>
          <w:lang w:val="fr-FR"/>
        </w:rPr>
        <w:t>Internationalisation : mettre en réseau les entreprises et faciliter les opportunités commerciales, industrielles et d’investissement.</w:t>
      </w:r>
    </w:p>
    <w:p w14:paraId="1D8B3110" w14:textId="77777777" w:rsidR="00A4550A" w:rsidRDefault="00A4550A" w:rsidP="00A4550A">
      <w:pPr>
        <w:pStyle w:val="Titre2"/>
        <w:spacing w:before="0" w:line="240" w:lineRule="auto"/>
        <w:jc w:val="both"/>
        <w:rPr>
          <w:rFonts w:ascii="Aktiv Grotesk Corp" w:hAnsi="Aktiv Grotesk Corp"/>
        </w:rPr>
      </w:pPr>
    </w:p>
    <w:p w14:paraId="4B304C3A" w14:textId="44EDFFDF" w:rsidR="009C5FF7" w:rsidRPr="00A4550A" w:rsidRDefault="00000000" w:rsidP="00A4550A">
      <w:pPr>
        <w:pStyle w:val="Titre2"/>
        <w:spacing w:before="0" w:after="120" w:line="240" w:lineRule="auto"/>
        <w:jc w:val="both"/>
        <w:rPr>
          <w:rFonts w:ascii="Aktiv Grotesk Corp" w:hAnsi="Aktiv Grotesk Corp"/>
        </w:rPr>
      </w:pPr>
      <w:r w:rsidRPr="00A4550A">
        <w:rPr>
          <w:rFonts w:ascii="Aktiv Grotesk Corp" w:hAnsi="Aktiv Grotesk Corp"/>
        </w:rPr>
        <w:t xml:space="preserve">Nos </w:t>
      </w:r>
      <w:proofErr w:type="spellStart"/>
      <w:r w:rsidRPr="00A4550A">
        <w:rPr>
          <w:rFonts w:ascii="Aktiv Grotesk Corp" w:hAnsi="Aktiv Grotesk Corp"/>
        </w:rPr>
        <w:t>interlocuteurs</w:t>
      </w:r>
      <w:proofErr w:type="spellEnd"/>
      <w:r w:rsidRPr="00A4550A">
        <w:rPr>
          <w:rFonts w:ascii="Aktiv Grotesk Corp" w:hAnsi="Aktiv Grotesk Corp"/>
        </w:rPr>
        <w:t xml:space="preserve"> </w:t>
      </w:r>
      <w:proofErr w:type="spellStart"/>
      <w:r w:rsidR="00A4550A">
        <w:rPr>
          <w:rFonts w:ascii="Aktiv Grotesk Corp" w:hAnsi="Aktiv Grotesk Corp"/>
        </w:rPr>
        <w:t>italiens</w:t>
      </w:r>
      <w:proofErr w:type="spellEnd"/>
    </w:p>
    <w:tbl>
      <w:tblPr>
        <w:tblW w:w="0" w:type="auto"/>
        <w:jc w:val="center"/>
        <w:tblLayout w:type="fixed"/>
        <w:tblLook w:val="04A0" w:firstRow="1" w:lastRow="0" w:firstColumn="1" w:lastColumn="0" w:noHBand="0" w:noVBand="1"/>
      </w:tblPr>
      <w:tblGrid>
        <w:gridCol w:w="2665"/>
        <w:gridCol w:w="6406"/>
      </w:tblGrid>
      <w:tr w:rsidR="009C5FF7" w:rsidRPr="00A4550A" w14:paraId="3077D8F3" w14:textId="77777777">
        <w:trPr>
          <w:jc w:val="center"/>
        </w:trPr>
        <w:tc>
          <w:tcPr>
            <w:tcW w:w="2665" w:type="dxa"/>
            <w:shd w:val="clear" w:color="auto" w:fill="162C5B"/>
            <w:tcMar>
              <w:top w:w="100" w:type="dxa"/>
              <w:left w:w="110" w:type="dxa"/>
              <w:bottom w:w="100" w:type="dxa"/>
              <w:right w:w="110" w:type="dxa"/>
            </w:tcMar>
            <w:vAlign w:val="center"/>
          </w:tcPr>
          <w:p w14:paraId="16E935E6"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Partenaire</w:t>
            </w:r>
          </w:p>
        </w:tc>
        <w:tc>
          <w:tcPr>
            <w:tcW w:w="6406" w:type="dxa"/>
            <w:shd w:val="clear" w:color="auto" w:fill="162C5B"/>
            <w:tcMar>
              <w:top w:w="100" w:type="dxa"/>
              <w:left w:w="110" w:type="dxa"/>
              <w:bottom w:w="100" w:type="dxa"/>
              <w:right w:w="110" w:type="dxa"/>
            </w:tcMar>
            <w:vAlign w:val="center"/>
          </w:tcPr>
          <w:p w14:paraId="0BC57074"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Rôle dans la mission</w:t>
            </w:r>
          </w:p>
        </w:tc>
      </w:tr>
      <w:tr w:rsidR="009C5FF7" w:rsidRPr="00A4550A" w14:paraId="770A5BFF" w14:textId="77777777">
        <w:trPr>
          <w:jc w:val="center"/>
        </w:trPr>
        <w:tc>
          <w:tcPr>
            <w:tcW w:w="2665" w:type="dxa"/>
            <w:shd w:val="clear" w:color="auto" w:fill="F5F7FA"/>
            <w:tcMar>
              <w:top w:w="95" w:type="dxa"/>
              <w:left w:w="110" w:type="dxa"/>
              <w:bottom w:w="95" w:type="dxa"/>
              <w:right w:w="110" w:type="dxa"/>
            </w:tcMar>
          </w:tcPr>
          <w:p w14:paraId="00CAAEB5"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Confindustria</w:t>
            </w:r>
          </w:p>
        </w:tc>
        <w:tc>
          <w:tcPr>
            <w:tcW w:w="6406" w:type="dxa"/>
            <w:shd w:val="clear" w:color="auto" w:fill="F5F7FA"/>
            <w:tcMar>
              <w:top w:w="95" w:type="dxa"/>
              <w:left w:w="110" w:type="dxa"/>
              <w:bottom w:w="95" w:type="dxa"/>
              <w:right w:w="110" w:type="dxa"/>
            </w:tcMar>
          </w:tcPr>
          <w:p w14:paraId="7A9D13B7"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Organisation patronale nationale italienne et homologue du MEDEF. La séquence romaine doit permettre un échange sur les priorités industrielles et économiques franco-italiennes.</w:t>
            </w:r>
          </w:p>
        </w:tc>
      </w:tr>
      <w:tr w:rsidR="009C5FF7" w:rsidRPr="00A4550A" w14:paraId="2C73EF8F" w14:textId="77777777">
        <w:trPr>
          <w:jc w:val="center"/>
        </w:trPr>
        <w:tc>
          <w:tcPr>
            <w:tcW w:w="2665" w:type="dxa"/>
            <w:tcMar>
              <w:top w:w="95" w:type="dxa"/>
              <w:left w:w="110" w:type="dxa"/>
              <w:bottom w:w="95" w:type="dxa"/>
              <w:right w:w="110" w:type="dxa"/>
            </w:tcMar>
          </w:tcPr>
          <w:p w14:paraId="63784F6E" w14:textId="77777777" w:rsidR="009C5FF7" w:rsidRPr="00A4550A" w:rsidRDefault="00000000" w:rsidP="00A4550A">
            <w:pPr>
              <w:spacing w:after="0" w:line="240" w:lineRule="auto"/>
              <w:jc w:val="both"/>
              <w:rPr>
                <w:rFonts w:ascii="Aktiv Grotesk Corp" w:hAnsi="Aktiv Grotesk Corp"/>
                <w:sz w:val="22"/>
              </w:rPr>
            </w:pPr>
            <w:proofErr w:type="spellStart"/>
            <w:r w:rsidRPr="00A4550A">
              <w:rPr>
                <w:rFonts w:ascii="Aktiv Grotesk Corp" w:hAnsi="Aktiv Grotesk Corp"/>
                <w:sz w:val="22"/>
              </w:rPr>
              <w:t>Unindustria</w:t>
            </w:r>
            <w:proofErr w:type="spellEnd"/>
          </w:p>
        </w:tc>
        <w:tc>
          <w:tcPr>
            <w:tcW w:w="6406" w:type="dxa"/>
            <w:tcMar>
              <w:top w:w="95" w:type="dxa"/>
              <w:left w:w="110" w:type="dxa"/>
              <w:bottom w:w="95" w:type="dxa"/>
              <w:right w:w="110" w:type="dxa"/>
            </w:tcMar>
          </w:tcPr>
          <w:p w14:paraId="198C0A4D"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Association représentant les entreprises de Rome et du Latium. Elle constitue un point d’entrée privilégié sur l’écosystème économique et industriel de la capitale.</w:t>
            </w:r>
          </w:p>
        </w:tc>
      </w:tr>
      <w:tr w:rsidR="009C5FF7" w:rsidRPr="00A4550A" w14:paraId="0FE2CC72" w14:textId="77777777">
        <w:trPr>
          <w:jc w:val="center"/>
        </w:trPr>
        <w:tc>
          <w:tcPr>
            <w:tcW w:w="2665" w:type="dxa"/>
            <w:shd w:val="clear" w:color="auto" w:fill="F5F7FA"/>
            <w:tcMar>
              <w:top w:w="95" w:type="dxa"/>
              <w:left w:w="110" w:type="dxa"/>
              <w:bottom w:w="95" w:type="dxa"/>
              <w:right w:w="110" w:type="dxa"/>
            </w:tcMar>
          </w:tcPr>
          <w:p w14:paraId="76BA14A4"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Confindustria Abruzzo Medio Adriatico</w:t>
            </w:r>
          </w:p>
        </w:tc>
        <w:tc>
          <w:tcPr>
            <w:tcW w:w="6406" w:type="dxa"/>
            <w:shd w:val="clear" w:color="auto" w:fill="F5F7FA"/>
            <w:tcMar>
              <w:top w:w="95" w:type="dxa"/>
              <w:left w:w="110" w:type="dxa"/>
              <w:bottom w:w="95" w:type="dxa"/>
              <w:right w:w="110" w:type="dxa"/>
            </w:tcMar>
          </w:tcPr>
          <w:p w14:paraId="5BB6D3A8"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Partenaire territorial de l’UPE06 à Pescara et organisateur d’</w:t>
            </w:r>
            <w:proofErr w:type="spellStart"/>
            <w:r w:rsidRPr="00A4550A">
              <w:rPr>
                <w:rFonts w:ascii="Aktiv Grotesk Corp" w:hAnsi="Aktiv Grotesk Corp"/>
                <w:sz w:val="22"/>
                <w:lang w:val="fr-FR"/>
              </w:rPr>
              <w:t>InnovAzioni</w:t>
            </w:r>
            <w:proofErr w:type="spellEnd"/>
            <w:r w:rsidRPr="00A4550A">
              <w:rPr>
                <w:rFonts w:ascii="Aktiv Grotesk Corp" w:hAnsi="Aktiv Grotesk Corp"/>
                <w:sz w:val="22"/>
                <w:lang w:val="fr-FR"/>
              </w:rPr>
              <w:t>. Elle prépare les échanges business et, selon les demandes, des visites de sites.</w:t>
            </w:r>
          </w:p>
        </w:tc>
      </w:tr>
    </w:tbl>
    <w:p w14:paraId="325BAF92" w14:textId="77777777" w:rsidR="00A4550A" w:rsidRDefault="00A4550A" w:rsidP="00A4550A">
      <w:pPr>
        <w:pStyle w:val="Titre2"/>
        <w:spacing w:before="0" w:line="240" w:lineRule="auto"/>
        <w:jc w:val="both"/>
        <w:rPr>
          <w:rFonts w:ascii="Aktiv Grotesk Corp" w:hAnsi="Aktiv Grotesk Corp"/>
        </w:rPr>
      </w:pPr>
    </w:p>
    <w:p w14:paraId="0AC9E0EC" w14:textId="7FE5EA55" w:rsidR="009C5FF7" w:rsidRPr="00A4550A" w:rsidRDefault="00000000" w:rsidP="00A4550A">
      <w:pPr>
        <w:pStyle w:val="Titre2"/>
        <w:spacing w:before="0" w:line="240" w:lineRule="auto"/>
        <w:jc w:val="both"/>
        <w:rPr>
          <w:rFonts w:ascii="Aktiv Grotesk Corp" w:hAnsi="Aktiv Grotesk Corp"/>
          <w:sz w:val="22"/>
          <w:szCs w:val="22"/>
        </w:rPr>
      </w:pPr>
      <w:r w:rsidRPr="00A4550A">
        <w:rPr>
          <w:rFonts w:ascii="Aktiv Grotesk Corp" w:hAnsi="Aktiv Grotesk Corp"/>
          <w:sz w:val="22"/>
          <w:szCs w:val="22"/>
        </w:rPr>
        <w:t xml:space="preserve">Focus </w:t>
      </w:r>
      <w:proofErr w:type="spellStart"/>
      <w:r w:rsidRPr="00A4550A">
        <w:rPr>
          <w:rFonts w:ascii="Aktiv Grotesk Corp" w:hAnsi="Aktiv Grotesk Corp"/>
          <w:sz w:val="22"/>
          <w:szCs w:val="22"/>
        </w:rPr>
        <w:t>InnovAzioni</w:t>
      </w:r>
      <w:proofErr w:type="spellEnd"/>
      <w:r w:rsidRPr="00A4550A">
        <w:rPr>
          <w:rFonts w:ascii="Aktiv Grotesk Corp" w:hAnsi="Aktiv Grotesk Corp"/>
          <w:sz w:val="22"/>
          <w:szCs w:val="22"/>
        </w:rPr>
        <w:t xml:space="preserve"> 2026</w:t>
      </w:r>
    </w:p>
    <w:tbl>
      <w:tblPr>
        <w:tblW w:w="0" w:type="auto"/>
        <w:jc w:val="center"/>
        <w:tblLayout w:type="fixed"/>
        <w:tblLook w:val="04A0" w:firstRow="1" w:lastRow="0" w:firstColumn="1" w:lastColumn="0" w:noHBand="0" w:noVBand="1"/>
      </w:tblPr>
      <w:tblGrid>
        <w:gridCol w:w="10312"/>
      </w:tblGrid>
      <w:tr w:rsidR="009C5FF7" w:rsidRPr="00A4550A" w14:paraId="41DDABAF" w14:textId="77777777">
        <w:trPr>
          <w:jc w:val="center"/>
        </w:trPr>
        <w:tc>
          <w:tcPr>
            <w:tcW w:w="10312" w:type="dxa"/>
            <w:shd w:val="clear" w:color="auto" w:fill="EAF5F8"/>
            <w:tcMar>
              <w:top w:w="130" w:type="dxa"/>
              <w:left w:w="160" w:type="dxa"/>
              <w:bottom w:w="130" w:type="dxa"/>
              <w:right w:w="160" w:type="dxa"/>
            </w:tcMar>
          </w:tcPr>
          <w:p w14:paraId="7DC6775A"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b/>
                <w:color w:val="162C5B"/>
                <w:sz w:val="22"/>
                <w:lang w:val="fr-FR"/>
              </w:rPr>
              <w:t xml:space="preserve">22–23 octobre 2026 — Pescara | XIIIe Festival national de l’innovation | Thème : « </w:t>
            </w:r>
            <w:proofErr w:type="spellStart"/>
            <w:r w:rsidRPr="00A4550A">
              <w:rPr>
                <w:rFonts w:ascii="Aktiv Grotesk Corp" w:hAnsi="Aktiv Grotesk Corp"/>
                <w:b/>
                <w:color w:val="162C5B"/>
                <w:sz w:val="22"/>
                <w:lang w:val="fr-FR"/>
              </w:rPr>
              <w:t>Impresa</w:t>
            </w:r>
            <w:proofErr w:type="spellEnd"/>
            <w:r w:rsidRPr="00A4550A">
              <w:rPr>
                <w:rFonts w:ascii="Aktiv Grotesk Corp" w:hAnsi="Aktiv Grotesk Corp"/>
                <w:b/>
                <w:color w:val="162C5B"/>
                <w:sz w:val="22"/>
                <w:lang w:val="fr-FR"/>
              </w:rPr>
              <w:t xml:space="preserve"> </w:t>
            </w:r>
            <w:proofErr w:type="gramStart"/>
            <w:r w:rsidRPr="00A4550A">
              <w:rPr>
                <w:rFonts w:ascii="Aktiv Grotesk Corp" w:hAnsi="Aktiv Grotesk Corp"/>
                <w:b/>
                <w:color w:val="162C5B"/>
                <w:sz w:val="22"/>
                <w:lang w:val="fr-FR"/>
              </w:rPr>
              <w:t>intelligente:</w:t>
            </w:r>
            <w:proofErr w:type="gramEnd"/>
            <w:r w:rsidRPr="00A4550A">
              <w:rPr>
                <w:rFonts w:ascii="Aktiv Grotesk Corp" w:hAnsi="Aktiv Grotesk Corp"/>
                <w:b/>
                <w:color w:val="162C5B"/>
                <w:sz w:val="22"/>
                <w:lang w:val="fr-FR"/>
              </w:rPr>
              <w:t xml:space="preserve"> AI Agents e </w:t>
            </w:r>
            <w:proofErr w:type="spellStart"/>
            <w:r w:rsidRPr="00A4550A">
              <w:rPr>
                <w:rFonts w:ascii="Aktiv Grotesk Corp" w:hAnsi="Aktiv Grotesk Corp"/>
                <w:b/>
                <w:color w:val="162C5B"/>
                <w:sz w:val="22"/>
                <w:lang w:val="fr-FR"/>
              </w:rPr>
              <w:t>nuovi</w:t>
            </w:r>
            <w:proofErr w:type="spellEnd"/>
            <w:r w:rsidRPr="00A4550A">
              <w:rPr>
                <w:rFonts w:ascii="Aktiv Grotesk Corp" w:hAnsi="Aktiv Grotesk Corp"/>
                <w:b/>
                <w:color w:val="162C5B"/>
                <w:sz w:val="22"/>
                <w:lang w:val="fr-FR"/>
              </w:rPr>
              <w:t xml:space="preserve"> </w:t>
            </w:r>
            <w:proofErr w:type="spellStart"/>
            <w:r w:rsidRPr="00A4550A">
              <w:rPr>
                <w:rFonts w:ascii="Aktiv Grotesk Corp" w:hAnsi="Aktiv Grotesk Corp"/>
                <w:b/>
                <w:color w:val="162C5B"/>
                <w:sz w:val="22"/>
                <w:lang w:val="fr-FR"/>
              </w:rPr>
              <w:t>modelli</w:t>
            </w:r>
            <w:proofErr w:type="spellEnd"/>
            <w:r w:rsidRPr="00A4550A">
              <w:rPr>
                <w:rFonts w:ascii="Aktiv Grotesk Corp" w:hAnsi="Aktiv Grotesk Corp"/>
                <w:b/>
                <w:color w:val="162C5B"/>
                <w:sz w:val="22"/>
                <w:lang w:val="fr-FR"/>
              </w:rPr>
              <w:t xml:space="preserve"> </w:t>
            </w:r>
            <w:proofErr w:type="spellStart"/>
            <w:r w:rsidRPr="00A4550A">
              <w:rPr>
                <w:rFonts w:ascii="Aktiv Grotesk Corp" w:hAnsi="Aktiv Grotesk Corp"/>
                <w:b/>
                <w:color w:val="162C5B"/>
                <w:sz w:val="22"/>
                <w:lang w:val="fr-FR"/>
              </w:rPr>
              <w:t>decisionali</w:t>
            </w:r>
            <w:proofErr w:type="spellEnd"/>
            <w:r w:rsidRPr="00A4550A">
              <w:rPr>
                <w:rFonts w:ascii="Aktiv Grotesk Corp" w:hAnsi="Aktiv Grotesk Corp"/>
                <w:b/>
                <w:color w:val="162C5B"/>
                <w:sz w:val="22"/>
                <w:lang w:val="fr-FR"/>
              </w:rPr>
              <w:t xml:space="preserve"> »</w:t>
            </w:r>
          </w:p>
        </w:tc>
      </w:tr>
    </w:tbl>
    <w:p w14:paraId="7010394E" w14:textId="77777777" w:rsidR="009C5FF7" w:rsidRPr="00A4550A" w:rsidRDefault="009C5FF7" w:rsidP="00A4550A">
      <w:pPr>
        <w:spacing w:after="0" w:line="240" w:lineRule="auto"/>
        <w:jc w:val="both"/>
        <w:rPr>
          <w:rFonts w:ascii="Aktiv Grotesk Corp" w:hAnsi="Aktiv Grotesk Corp"/>
          <w:sz w:val="22"/>
          <w:lang w:val="fr-FR"/>
        </w:rPr>
      </w:pPr>
    </w:p>
    <w:p w14:paraId="39735248" w14:textId="77777777" w:rsidR="009C5FF7" w:rsidRDefault="00000000" w:rsidP="00A4550A">
      <w:pPr>
        <w:pStyle w:val="Corpsdetexte"/>
        <w:spacing w:after="0" w:line="240" w:lineRule="auto"/>
        <w:jc w:val="both"/>
        <w:rPr>
          <w:rFonts w:ascii="Aktiv Grotesk Corp" w:hAnsi="Aktiv Grotesk Corp"/>
          <w:sz w:val="22"/>
          <w:lang w:val="fr-FR"/>
        </w:rPr>
      </w:pPr>
      <w:proofErr w:type="spellStart"/>
      <w:r w:rsidRPr="00A4550A">
        <w:rPr>
          <w:rFonts w:ascii="Aktiv Grotesk Corp" w:hAnsi="Aktiv Grotesk Corp"/>
          <w:sz w:val="22"/>
          <w:lang w:val="fr-FR"/>
        </w:rPr>
        <w:t>InnovAzioni</w:t>
      </w:r>
      <w:proofErr w:type="spellEnd"/>
      <w:r w:rsidRPr="00A4550A">
        <w:rPr>
          <w:rFonts w:ascii="Aktiv Grotesk Corp" w:hAnsi="Aktiv Grotesk Corp"/>
          <w:sz w:val="22"/>
          <w:lang w:val="fr-FR"/>
        </w:rPr>
        <w:t xml:space="preserve"> est un temps fort de la mission : rencontres avec des entreprises innovantes, échanges sur les usages de l’IA dans l’entreprise et accès à l’écosystème industriel et technologique des Abruzzes. La présence de la délégation azuréenne doit permettre de prolonger le partenariat institutionnel par des échanges opérationnels entre entreprises.</w:t>
      </w:r>
    </w:p>
    <w:p w14:paraId="1C95B573" w14:textId="77777777" w:rsidR="00A4550A" w:rsidRPr="00A4550A" w:rsidRDefault="00A4550A" w:rsidP="00A4550A">
      <w:pPr>
        <w:pStyle w:val="Corpsdetexte"/>
        <w:spacing w:after="0" w:line="240" w:lineRule="auto"/>
        <w:jc w:val="both"/>
        <w:rPr>
          <w:rFonts w:ascii="Aktiv Grotesk Corp" w:hAnsi="Aktiv Grotesk Corp"/>
          <w:sz w:val="22"/>
          <w:lang w:val="fr-FR"/>
        </w:rPr>
      </w:pPr>
    </w:p>
    <w:p w14:paraId="18287232" w14:textId="77777777" w:rsidR="009C5FF7" w:rsidRPr="00A4550A"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Une délégation conduite au plus haut niveau</w:t>
      </w:r>
    </w:p>
    <w:p w14:paraId="696E815A" w14:textId="77777777" w:rsidR="00A4550A" w:rsidRDefault="00A4550A" w:rsidP="00A4550A">
      <w:pPr>
        <w:pStyle w:val="Corpsdetexte"/>
        <w:spacing w:after="0" w:line="240" w:lineRule="auto"/>
        <w:jc w:val="both"/>
        <w:rPr>
          <w:rFonts w:ascii="Aktiv Grotesk Corp" w:hAnsi="Aktiv Grotesk Corp"/>
          <w:lang w:val="fr-FR"/>
        </w:rPr>
      </w:pPr>
    </w:p>
    <w:p w14:paraId="62B19A11" w14:textId="365EAF0E" w:rsidR="009C5FF7" w:rsidRPr="00A4550A" w:rsidRDefault="00000000" w:rsidP="00A4550A">
      <w:pPr>
        <w:pStyle w:val="Corpsdetexte"/>
        <w:spacing w:after="0" w:line="240" w:lineRule="auto"/>
        <w:jc w:val="both"/>
        <w:rPr>
          <w:rFonts w:ascii="Aktiv Grotesk Corp" w:hAnsi="Aktiv Grotesk Corp"/>
          <w:sz w:val="22"/>
          <w:lang w:val="fr-FR"/>
        </w:rPr>
      </w:pPr>
      <w:r w:rsidRPr="00A4550A">
        <w:rPr>
          <w:rFonts w:ascii="Aktiv Grotesk Corp" w:hAnsi="Aktiv Grotesk Corp"/>
          <w:sz w:val="22"/>
          <w:lang w:val="fr-FR"/>
        </w:rPr>
        <w:t xml:space="preserve">La mission sera conduite par Franck </w:t>
      </w:r>
      <w:proofErr w:type="spellStart"/>
      <w:r w:rsidRPr="00A4550A">
        <w:rPr>
          <w:rFonts w:ascii="Aktiv Grotesk Corp" w:hAnsi="Aktiv Grotesk Corp"/>
          <w:sz w:val="22"/>
          <w:lang w:val="fr-FR"/>
        </w:rPr>
        <w:t>Cannata</w:t>
      </w:r>
      <w:proofErr w:type="spellEnd"/>
      <w:r w:rsidRPr="00A4550A">
        <w:rPr>
          <w:rFonts w:ascii="Aktiv Grotesk Corp" w:hAnsi="Aktiv Grotesk Corp"/>
          <w:sz w:val="22"/>
          <w:lang w:val="fr-FR"/>
        </w:rPr>
        <w:t>, Président de l’UPE06. Elle permettra également de retrouver Fabrice Le Saché, Vice-président du MEDEF, présent dans le cadre des séquences franco-italiennes à Rome et à Pescara.</w:t>
      </w:r>
    </w:p>
    <w:p w14:paraId="527056F7"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lang w:val="fr-FR"/>
        </w:rPr>
        <w:br w:type="page"/>
      </w:r>
    </w:p>
    <w:p w14:paraId="3AC524F0" w14:textId="77777777" w:rsidR="009C5FF7" w:rsidRPr="00A4550A" w:rsidRDefault="00000000" w:rsidP="00A4550A">
      <w:pPr>
        <w:spacing w:after="0" w:line="240" w:lineRule="auto"/>
        <w:jc w:val="both"/>
        <w:rPr>
          <w:rFonts w:ascii="Aktiv Grotesk Corp" w:hAnsi="Aktiv Grotesk Corp"/>
        </w:rPr>
      </w:pPr>
      <w:r w:rsidRPr="00A4550A">
        <w:rPr>
          <w:rFonts w:ascii="Aktiv Grotesk Corp" w:hAnsi="Aktiv Grotesk Corp"/>
          <w:noProof/>
        </w:rPr>
        <w:lastRenderedPageBreak/>
        <w:drawing>
          <wp:inline distT="0" distB="0" distL="0" distR="0" wp14:anchorId="0F4301D9" wp14:editId="18AAAABD">
            <wp:extent cx="5688000" cy="72923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banner.png"/>
                    <pic:cNvPicPr/>
                  </pic:nvPicPr>
                  <pic:blipFill>
                    <a:blip r:embed="rId8"/>
                    <a:stretch>
                      <a:fillRect/>
                    </a:stretch>
                  </pic:blipFill>
                  <pic:spPr>
                    <a:xfrm>
                      <a:off x="0" y="0"/>
                      <a:ext cx="5688000" cy="729231"/>
                    </a:xfrm>
                    <a:prstGeom prst="rect">
                      <a:avLst/>
                    </a:prstGeom>
                  </pic:spPr>
                </pic:pic>
              </a:graphicData>
            </a:graphic>
          </wp:inline>
        </w:drawing>
      </w:r>
    </w:p>
    <w:p w14:paraId="3826D18C"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E22B2F"/>
          <w:lang w:val="fr-FR"/>
        </w:rPr>
        <w:t>PROGRAMME</w:t>
      </w:r>
    </w:p>
    <w:p w14:paraId="4441B0D7" w14:textId="77777777" w:rsidR="009C5FF7" w:rsidRPr="00A4550A" w:rsidRDefault="00000000" w:rsidP="00A4550A">
      <w:pPr>
        <w:pStyle w:val="Titre"/>
        <w:pBdr>
          <w:bottom w:val="single" w:sz="12" w:space="4" w:color="E22B2F"/>
        </w:pBdr>
        <w:spacing w:after="0"/>
        <w:jc w:val="both"/>
        <w:rPr>
          <w:rFonts w:ascii="Aktiv Grotesk Corp" w:hAnsi="Aktiv Grotesk Corp"/>
          <w:lang w:val="fr-FR"/>
        </w:rPr>
      </w:pPr>
      <w:r w:rsidRPr="00A4550A">
        <w:rPr>
          <w:rFonts w:ascii="Aktiv Grotesk Corp" w:hAnsi="Aktiv Grotesk Corp"/>
          <w:lang w:val="fr-FR"/>
        </w:rPr>
        <w:t>Programme prévisionnel</w:t>
      </w:r>
    </w:p>
    <w:p w14:paraId="2729FECD" w14:textId="77777777" w:rsidR="009C5FF7" w:rsidRDefault="00000000" w:rsidP="00A4550A">
      <w:pPr>
        <w:pStyle w:val="Sous-titre"/>
        <w:spacing w:after="0" w:line="240" w:lineRule="auto"/>
        <w:jc w:val="both"/>
        <w:rPr>
          <w:rFonts w:ascii="Aktiv Grotesk Corp" w:hAnsi="Aktiv Grotesk Corp"/>
          <w:lang w:val="fr-FR"/>
        </w:rPr>
      </w:pPr>
      <w:r w:rsidRPr="00A4550A">
        <w:rPr>
          <w:rFonts w:ascii="Aktiv Grotesk Corp" w:hAnsi="Aktiv Grotesk Corp"/>
          <w:lang w:val="fr-FR"/>
        </w:rPr>
        <w:t>Rome le 21 octobre · Pescara les 22 et 23 octobre 2026</w:t>
      </w:r>
    </w:p>
    <w:p w14:paraId="0DEA6E47" w14:textId="77777777" w:rsidR="00A4550A" w:rsidRPr="00A4550A" w:rsidRDefault="00A4550A" w:rsidP="00A4550A">
      <w:pPr>
        <w:rPr>
          <w:lang w:val="fr-FR"/>
        </w:rPr>
      </w:pPr>
    </w:p>
    <w:tbl>
      <w:tblPr>
        <w:tblW w:w="0" w:type="auto"/>
        <w:jc w:val="center"/>
        <w:tblLayout w:type="fixed"/>
        <w:tblLook w:val="04A0" w:firstRow="1" w:lastRow="0" w:firstColumn="1" w:lastColumn="0" w:noHBand="0" w:noVBand="1"/>
      </w:tblPr>
      <w:tblGrid>
        <w:gridCol w:w="2835"/>
        <w:gridCol w:w="6236"/>
      </w:tblGrid>
      <w:tr w:rsidR="009C5FF7" w:rsidRPr="00A4550A" w14:paraId="53752CCF" w14:textId="77777777">
        <w:trPr>
          <w:jc w:val="center"/>
        </w:trPr>
        <w:tc>
          <w:tcPr>
            <w:tcW w:w="2835" w:type="dxa"/>
            <w:shd w:val="clear" w:color="auto" w:fill="162C5B"/>
            <w:tcMar>
              <w:top w:w="100" w:type="dxa"/>
              <w:left w:w="110" w:type="dxa"/>
              <w:bottom w:w="100" w:type="dxa"/>
              <w:right w:w="110" w:type="dxa"/>
            </w:tcMar>
            <w:vAlign w:val="center"/>
          </w:tcPr>
          <w:p w14:paraId="1120B805"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Date / étape</w:t>
            </w:r>
          </w:p>
        </w:tc>
        <w:tc>
          <w:tcPr>
            <w:tcW w:w="6236" w:type="dxa"/>
            <w:shd w:val="clear" w:color="auto" w:fill="162C5B"/>
            <w:tcMar>
              <w:top w:w="100" w:type="dxa"/>
              <w:left w:w="110" w:type="dxa"/>
              <w:bottom w:w="100" w:type="dxa"/>
              <w:right w:w="110" w:type="dxa"/>
            </w:tcMar>
            <w:vAlign w:val="center"/>
          </w:tcPr>
          <w:p w14:paraId="2F405E7A"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Séquences proposées</w:t>
            </w:r>
          </w:p>
        </w:tc>
      </w:tr>
      <w:tr w:rsidR="009C5FF7" w:rsidRPr="00A4550A" w14:paraId="49D45264" w14:textId="77777777">
        <w:trPr>
          <w:jc w:val="center"/>
        </w:trPr>
        <w:tc>
          <w:tcPr>
            <w:tcW w:w="2835" w:type="dxa"/>
            <w:shd w:val="clear" w:color="auto" w:fill="F5F7FA"/>
            <w:tcMar>
              <w:top w:w="95" w:type="dxa"/>
              <w:left w:w="110" w:type="dxa"/>
              <w:bottom w:w="95" w:type="dxa"/>
              <w:right w:w="110" w:type="dxa"/>
            </w:tcMar>
          </w:tcPr>
          <w:p w14:paraId="5144EDC5"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Mercredi 21 octobre — Rome</w:t>
            </w:r>
          </w:p>
        </w:tc>
        <w:tc>
          <w:tcPr>
            <w:tcW w:w="6236" w:type="dxa"/>
            <w:shd w:val="clear" w:color="auto" w:fill="F5F7FA"/>
            <w:tcMar>
              <w:top w:w="95" w:type="dxa"/>
              <w:left w:w="110" w:type="dxa"/>
              <w:bottom w:w="95" w:type="dxa"/>
              <w:right w:w="110" w:type="dxa"/>
            </w:tcMar>
          </w:tcPr>
          <w:p w14:paraId="5C627FF9" w14:textId="67C0366F" w:rsidR="009C5FF7" w:rsidRPr="00A4550A" w:rsidRDefault="00000000" w:rsidP="00A4550A">
            <w:pPr>
              <w:spacing w:after="0" w:line="240" w:lineRule="auto"/>
              <w:rPr>
                <w:rFonts w:ascii="Aktiv Grotesk Corp" w:hAnsi="Aktiv Grotesk Corp"/>
                <w:sz w:val="22"/>
                <w:lang w:val="fr-FR"/>
              </w:rPr>
            </w:pPr>
            <w:r w:rsidRPr="00A4550A">
              <w:rPr>
                <w:rFonts w:ascii="Aktiv Grotesk Corp" w:hAnsi="Aktiv Grotesk Corp"/>
                <w:sz w:val="22"/>
                <w:lang w:val="fr-FR"/>
              </w:rPr>
              <w:t>11h20</w:t>
            </w:r>
            <w:r w:rsidR="00A4550A" w:rsidRPr="00A4550A">
              <w:rPr>
                <w:rFonts w:ascii="Aktiv Grotesk Corp" w:hAnsi="Aktiv Grotesk Corp"/>
                <w:sz w:val="22"/>
                <w:lang w:val="fr-FR"/>
              </w:rPr>
              <w:t> </w:t>
            </w:r>
            <w:r w:rsidRPr="00A4550A">
              <w:rPr>
                <w:rFonts w:ascii="Aktiv Grotesk Corp" w:hAnsi="Aktiv Grotesk Corp"/>
                <w:sz w:val="22"/>
                <w:lang w:val="fr-FR"/>
              </w:rPr>
              <w:t>: départ de Nice</w:t>
            </w:r>
            <w:r w:rsidRPr="00A4550A">
              <w:rPr>
                <w:rFonts w:ascii="Aktiv Grotesk Corp" w:hAnsi="Aktiv Grotesk Corp"/>
                <w:sz w:val="22"/>
                <w:lang w:val="fr-FR"/>
              </w:rPr>
              <w:br/>
              <w:t>12h30</w:t>
            </w:r>
            <w:r w:rsidR="00A4550A" w:rsidRPr="00A4550A">
              <w:rPr>
                <w:rFonts w:ascii="Aktiv Grotesk Corp" w:hAnsi="Aktiv Grotesk Corp"/>
                <w:sz w:val="22"/>
                <w:lang w:val="fr-FR"/>
              </w:rPr>
              <w:t> </w:t>
            </w:r>
            <w:r w:rsidRPr="00A4550A">
              <w:rPr>
                <w:rFonts w:ascii="Aktiv Grotesk Corp" w:hAnsi="Aktiv Grotesk Corp"/>
                <w:sz w:val="22"/>
                <w:lang w:val="fr-FR"/>
              </w:rPr>
              <w:t>: arrivée à Rome Fiumicino</w:t>
            </w:r>
            <w:r w:rsidRPr="00A4550A">
              <w:rPr>
                <w:rFonts w:ascii="Aktiv Grotesk Corp" w:hAnsi="Aktiv Grotesk Corp"/>
                <w:sz w:val="22"/>
                <w:lang w:val="fr-FR"/>
              </w:rPr>
              <w:br/>
              <w:t>Déjeuner à Rome</w:t>
            </w:r>
            <w:r w:rsidRPr="00A4550A">
              <w:rPr>
                <w:rFonts w:ascii="Aktiv Grotesk Corp" w:hAnsi="Aktiv Grotesk Corp"/>
                <w:sz w:val="22"/>
                <w:lang w:val="fr-FR"/>
              </w:rPr>
              <w:br/>
              <w:t>Après-midi</w:t>
            </w:r>
            <w:r w:rsidR="00A4550A" w:rsidRPr="00A4550A">
              <w:rPr>
                <w:rFonts w:ascii="Aktiv Grotesk Corp" w:hAnsi="Aktiv Grotesk Corp"/>
                <w:sz w:val="22"/>
                <w:lang w:val="fr-FR"/>
              </w:rPr>
              <w:t> </w:t>
            </w:r>
            <w:r w:rsidRPr="00A4550A">
              <w:rPr>
                <w:rFonts w:ascii="Aktiv Grotesk Corp" w:hAnsi="Aktiv Grotesk Corp"/>
                <w:sz w:val="22"/>
                <w:lang w:val="fr-FR"/>
              </w:rPr>
              <w:t xml:space="preserve">: rencontres avec Confindustria, </w:t>
            </w:r>
            <w:proofErr w:type="spellStart"/>
            <w:r w:rsidRPr="00A4550A">
              <w:rPr>
                <w:rFonts w:ascii="Aktiv Grotesk Corp" w:hAnsi="Aktiv Grotesk Corp"/>
                <w:sz w:val="22"/>
                <w:lang w:val="fr-FR"/>
              </w:rPr>
              <w:t>Unindustria</w:t>
            </w:r>
            <w:proofErr w:type="spellEnd"/>
            <w:r w:rsidRPr="00A4550A">
              <w:rPr>
                <w:rFonts w:ascii="Aktiv Grotesk Corp" w:hAnsi="Aktiv Grotesk Corp"/>
                <w:sz w:val="22"/>
                <w:lang w:val="fr-FR"/>
              </w:rPr>
              <w:t>, entreprises et écosystèmes business de Rome et du Latium</w:t>
            </w:r>
            <w:r w:rsidRPr="00A4550A">
              <w:rPr>
                <w:rFonts w:ascii="Aktiv Grotesk Corp" w:hAnsi="Aktiv Grotesk Corp"/>
                <w:sz w:val="22"/>
                <w:lang w:val="fr-FR"/>
              </w:rPr>
              <w:br/>
              <w:t>Dîner à Rome</w:t>
            </w:r>
            <w:r w:rsidRPr="00A4550A">
              <w:rPr>
                <w:rFonts w:ascii="Aktiv Grotesk Corp" w:hAnsi="Aktiv Grotesk Corp"/>
                <w:sz w:val="22"/>
                <w:lang w:val="fr-FR"/>
              </w:rPr>
              <w:br/>
              <w:t>Nuit à Rome</w:t>
            </w:r>
          </w:p>
        </w:tc>
      </w:tr>
      <w:tr w:rsidR="009C5FF7" w:rsidRPr="00A4550A" w14:paraId="499F6BF3" w14:textId="77777777">
        <w:trPr>
          <w:jc w:val="center"/>
        </w:trPr>
        <w:tc>
          <w:tcPr>
            <w:tcW w:w="2835" w:type="dxa"/>
            <w:tcMar>
              <w:top w:w="95" w:type="dxa"/>
              <w:left w:w="110" w:type="dxa"/>
              <w:bottom w:w="95" w:type="dxa"/>
              <w:right w:w="110" w:type="dxa"/>
            </w:tcMar>
          </w:tcPr>
          <w:p w14:paraId="7169A57C"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 xml:space="preserve">Jeudi 22 </w:t>
            </w:r>
            <w:proofErr w:type="spellStart"/>
            <w:r w:rsidRPr="00A4550A">
              <w:rPr>
                <w:rFonts w:ascii="Aktiv Grotesk Corp" w:hAnsi="Aktiv Grotesk Corp"/>
                <w:sz w:val="22"/>
              </w:rPr>
              <w:t>octobre</w:t>
            </w:r>
            <w:proofErr w:type="spellEnd"/>
            <w:r w:rsidRPr="00A4550A">
              <w:rPr>
                <w:rFonts w:ascii="Aktiv Grotesk Corp" w:hAnsi="Aktiv Grotesk Corp"/>
                <w:sz w:val="22"/>
              </w:rPr>
              <w:t xml:space="preserve"> — Rome / Pescara</w:t>
            </w:r>
          </w:p>
        </w:tc>
        <w:tc>
          <w:tcPr>
            <w:tcW w:w="6236" w:type="dxa"/>
            <w:tcMar>
              <w:top w:w="95" w:type="dxa"/>
              <w:left w:w="110" w:type="dxa"/>
              <w:bottom w:w="95" w:type="dxa"/>
              <w:right w:w="110" w:type="dxa"/>
            </w:tcMar>
          </w:tcPr>
          <w:p w14:paraId="7CFE7A1B" w14:textId="7522B669" w:rsidR="009C5FF7" w:rsidRPr="00A4550A" w:rsidRDefault="00000000" w:rsidP="00A4550A">
            <w:pPr>
              <w:spacing w:after="0" w:line="240" w:lineRule="auto"/>
              <w:rPr>
                <w:rFonts w:ascii="Aktiv Grotesk Corp" w:hAnsi="Aktiv Grotesk Corp"/>
                <w:sz w:val="22"/>
                <w:lang w:val="fr-FR"/>
              </w:rPr>
            </w:pPr>
            <w:r w:rsidRPr="00A4550A">
              <w:rPr>
                <w:rFonts w:ascii="Aktiv Grotesk Corp" w:hAnsi="Aktiv Grotesk Corp"/>
                <w:sz w:val="22"/>
                <w:lang w:val="fr-FR"/>
              </w:rPr>
              <w:t>8h00</w:t>
            </w:r>
            <w:r w:rsidR="00A4550A" w:rsidRPr="00A4550A">
              <w:rPr>
                <w:rFonts w:ascii="Aktiv Grotesk Corp" w:hAnsi="Aktiv Grotesk Corp"/>
                <w:sz w:val="22"/>
                <w:lang w:val="fr-FR"/>
              </w:rPr>
              <w:t> </w:t>
            </w:r>
            <w:r w:rsidRPr="00A4550A">
              <w:rPr>
                <w:rFonts w:ascii="Aktiv Grotesk Corp" w:hAnsi="Aktiv Grotesk Corp"/>
                <w:sz w:val="22"/>
                <w:lang w:val="fr-FR"/>
              </w:rPr>
              <w:t>: départ de Rome en van</w:t>
            </w:r>
            <w:r w:rsidRPr="00A4550A">
              <w:rPr>
                <w:rFonts w:ascii="Aktiv Grotesk Corp" w:hAnsi="Aktiv Grotesk Corp"/>
                <w:sz w:val="22"/>
                <w:lang w:val="fr-FR"/>
              </w:rPr>
              <w:br/>
              <w:t>10h30</w:t>
            </w:r>
            <w:r w:rsidR="00A4550A" w:rsidRPr="00A4550A">
              <w:rPr>
                <w:rFonts w:ascii="Aktiv Grotesk Corp" w:hAnsi="Aktiv Grotesk Corp"/>
                <w:sz w:val="22"/>
                <w:lang w:val="fr-FR"/>
              </w:rPr>
              <w:t> </w:t>
            </w:r>
            <w:r w:rsidRPr="00A4550A">
              <w:rPr>
                <w:rFonts w:ascii="Aktiv Grotesk Corp" w:hAnsi="Aktiv Grotesk Corp"/>
                <w:sz w:val="22"/>
                <w:lang w:val="fr-FR"/>
              </w:rPr>
              <w:t>: arrivée à Pescara</w:t>
            </w:r>
            <w:r w:rsidRPr="00A4550A">
              <w:rPr>
                <w:rFonts w:ascii="Aktiv Grotesk Corp" w:hAnsi="Aktiv Grotesk Corp"/>
                <w:sz w:val="22"/>
                <w:lang w:val="fr-FR"/>
              </w:rPr>
              <w:br/>
              <w:t>11h00</w:t>
            </w:r>
            <w:r w:rsidR="00A4550A" w:rsidRPr="00A4550A">
              <w:rPr>
                <w:rFonts w:ascii="Aktiv Grotesk Corp" w:hAnsi="Aktiv Grotesk Corp"/>
                <w:sz w:val="22"/>
                <w:lang w:val="fr-FR"/>
              </w:rPr>
              <w:t> </w:t>
            </w:r>
            <w:r w:rsidRPr="00A4550A">
              <w:rPr>
                <w:rFonts w:ascii="Aktiv Grotesk Corp" w:hAnsi="Aktiv Grotesk Corp"/>
                <w:sz w:val="22"/>
                <w:lang w:val="fr-FR"/>
              </w:rPr>
              <w:t>: accueil et échanges avec Confindustria Abruzzo Medio Adriatico</w:t>
            </w:r>
            <w:r w:rsidRPr="00A4550A">
              <w:rPr>
                <w:rFonts w:ascii="Aktiv Grotesk Corp" w:hAnsi="Aktiv Grotesk Corp"/>
                <w:sz w:val="22"/>
                <w:lang w:val="fr-FR"/>
              </w:rPr>
              <w:br/>
              <w:t>Déjeuner de travail</w:t>
            </w:r>
            <w:r w:rsidRPr="00A4550A">
              <w:rPr>
                <w:rFonts w:ascii="Aktiv Grotesk Corp" w:hAnsi="Aktiv Grotesk Corp"/>
                <w:sz w:val="22"/>
                <w:lang w:val="fr-FR"/>
              </w:rPr>
              <w:br/>
              <w:t>Après-midi</w:t>
            </w:r>
            <w:r w:rsidR="00A4550A" w:rsidRPr="00A4550A">
              <w:rPr>
                <w:rFonts w:ascii="Aktiv Grotesk Corp" w:hAnsi="Aktiv Grotesk Corp"/>
                <w:sz w:val="22"/>
                <w:lang w:val="fr-FR"/>
              </w:rPr>
              <w:t> </w:t>
            </w:r>
            <w:r w:rsidRPr="00A4550A">
              <w:rPr>
                <w:rFonts w:ascii="Aktiv Grotesk Corp" w:hAnsi="Aktiv Grotesk Corp"/>
                <w:sz w:val="22"/>
                <w:lang w:val="fr-FR"/>
              </w:rPr>
              <w:t xml:space="preserve">: participation à </w:t>
            </w:r>
            <w:proofErr w:type="spellStart"/>
            <w:r w:rsidRPr="00A4550A">
              <w:rPr>
                <w:rFonts w:ascii="Aktiv Grotesk Corp" w:hAnsi="Aktiv Grotesk Corp"/>
                <w:sz w:val="22"/>
                <w:lang w:val="fr-FR"/>
              </w:rPr>
              <w:t>InnovAzioni</w:t>
            </w:r>
            <w:proofErr w:type="spellEnd"/>
            <w:r w:rsidRPr="00A4550A">
              <w:rPr>
                <w:rFonts w:ascii="Aktiv Grotesk Corp" w:hAnsi="Aktiv Grotesk Corp"/>
                <w:sz w:val="22"/>
                <w:lang w:val="fr-FR"/>
              </w:rPr>
              <w:t xml:space="preserve"> 2026 et rencontres avec des entreprises de la tech industrielle</w:t>
            </w:r>
            <w:r w:rsidRPr="00A4550A">
              <w:rPr>
                <w:rFonts w:ascii="Aktiv Grotesk Corp" w:hAnsi="Aktiv Grotesk Corp"/>
                <w:sz w:val="22"/>
                <w:lang w:val="fr-FR"/>
              </w:rPr>
              <w:br/>
              <w:t>Échange avec Fabrice Le Saché, Vice-président du MEDEF</w:t>
            </w:r>
            <w:r w:rsidRPr="00A4550A">
              <w:rPr>
                <w:rFonts w:ascii="Aktiv Grotesk Corp" w:hAnsi="Aktiv Grotesk Corp"/>
                <w:sz w:val="22"/>
                <w:lang w:val="fr-FR"/>
              </w:rPr>
              <w:br/>
              <w:t>Dîner avec Confindustria</w:t>
            </w:r>
            <w:r w:rsidRPr="00A4550A">
              <w:rPr>
                <w:rFonts w:ascii="Aktiv Grotesk Corp" w:hAnsi="Aktiv Grotesk Corp"/>
                <w:sz w:val="22"/>
                <w:lang w:val="fr-FR"/>
              </w:rPr>
              <w:br/>
              <w:t>Nuit à Pescara</w:t>
            </w:r>
          </w:p>
        </w:tc>
      </w:tr>
      <w:tr w:rsidR="009C5FF7" w:rsidRPr="00A4550A" w14:paraId="3BEE1944" w14:textId="77777777">
        <w:trPr>
          <w:jc w:val="center"/>
        </w:trPr>
        <w:tc>
          <w:tcPr>
            <w:tcW w:w="2835" w:type="dxa"/>
            <w:shd w:val="clear" w:color="auto" w:fill="F5F7FA"/>
            <w:tcMar>
              <w:top w:w="95" w:type="dxa"/>
              <w:left w:w="110" w:type="dxa"/>
              <w:bottom w:w="95" w:type="dxa"/>
              <w:right w:w="110" w:type="dxa"/>
            </w:tcMar>
          </w:tcPr>
          <w:p w14:paraId="03FD12C9"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t>Vendredi 23 octobre — Pescara / Rome / Nice</w:t>
            </w:r>
          </w:p>
        </w:tc>
        <w:tc>
          <w:tcPr>
            <w:tcW w:w="6236" w:type="dxa"/>
            <w:shd w:val="clear" w:color="auto" w:fill="F5F7FA"/>
            <w:tcMar>
              <w:top w:w="95" w:type="dxa"/>
              <w:left w:w="110" w:type="dxa"/>
              <w:bottom w:w="95" w:type="dxa"/>
              <w:right w:w="110" w:type="dxa"/>
            </w:tcMar>
          </w:tcPr>
          <w:p w14:paraId="1EC663C4" w14:textId="5ECDC6CE" w:rsidR="009C5FF7" w:rsidRPr="00A4550A" w:rsidRDefault="00000000" w:rsidP="00A4550A">
            <w:pPr>
              <w:spacing w:after="0" w:line="240" w:lineRule="auto"/>
              <w:rPr>
                <w:rFonts w:ascii="Aktiv Grotesk Corp" w:hAnsi="Aktiv Grotesk Corp"/>
                <w:sz w:val="22"/>
                <w:lang w:val="fr-FR"/>
              </w:rPr>
            </w:pPr>
            <w:r w:rsidRPr="00A4550A">
              <w:rPr>
                <w:rFonts w:ascii="Aktiv Grotesk Corp" w:hAnsi="Aktiv Grotesk Corp"/>
                <w:sz w:val="22"/>
                <w:lang w:val="fr-FR"/>
              </w:rPr>
              <w:t>Matin</w:t>
            </w:r>
            <w:r w:rsidR="00A4550A" w:rsidRPr="00A4550A">
              <w:rPr>
                <w:rFonts w:ascii="Aktiv Grotesk Corp" w:hAnsi="Aktiv Grotesk Corp"/>
                <w:sz w:val="22"/>
                <w:lang w:val="fr-FR"/>
              </w:rPr>
              <w:t> </w:t>
            </w:r>
            <w:r w:rsidRPr="00A4550A">
              <w:rPr>
                <w:rFonts w:ascii="Aktiv Grotesk Corp" w:hAnsi="Aktiv Grotesk Corp"/>
                <w:sz w:val="22"/>
                <w:lang w:val="fr-FR"/>
              </w:rPr>
              <w:t>: rencontres et visites de sites industriels selon les intérêts exprimés et sous réserve d’organisation</w:t>
            </w:r>
            <w:r w:rsidRPr="00A4550A">
              <w:rPr>
                <w:rFonts w:ascii="Aktiv Grotesk Corp" w:hAnsi="Aktiv Grotesk Corp"/>
                <w:sz w:val="22"/>
                <w:lang w:val="fr-FR"/>
              </w:rPr>
              <w:br/>
              <w:t>Déjeuner collectif</w:t>
            </w:r>
            <w:r w:rsidRPr="00A4550A">
              <w:rPr>
                <w:rFonts w:ascii="Aktiv Grotesk Corp" w:hAnsi="Aktiv Grotesk Corp"/>
                <w:sz w:val="22"/>
                <w:lang w:val="fr-FR"/>
              </w:rPr>
              <w:br/>
              <w:t>Début d’après-midi</w:t>
            </w:r>
            <w:r w:rsidR="00A4550A" w:rsidRPr="00A4550A">
              <w:rPr>
                <w:rFonts w:ascii="Aktiv Grotesk Corp" w:hAnsi="Aktiv Grotesk Corp"/>
                <w:sz w:val="22"/>
                <w:lang w:val="fr-FR"/>
              </w:rPr>
              <w:t> </w:t>
            </w:r>
            <w:r w:rsidRPr="00A4550A">
              <w:rPr>
                <w:rFonts w:ascii="Aktiv Grotesk Corp" w:hAnsi="Aktiv Grotesk Corp"/>
                <w:sz w:val="22"/>
                <w:lang w:val="fr-FR"/>
              </w:rPr>
              <w:t>: séquence libre ou visite complémentaire</w:t>
            </w:r>
            <w:r w:rsidRPr="00A4550A">
              <w:rPr>
                <w:rFonts w:ascii="Aktiv Grotesk Corp" w:hAnsi="Aktiv Grotesk Corp"/>
                <w:sz w:val="22"/>
                <w:lang w:val="fr-FR"/>
              </w:rPr>
              <w:br/>
              <w:t>16h00</w:t>
            </w:r>
            <w:r w:rsidR="00A4550A" w:rsidRPr="00A4550A">
              <w:rPr>
                <w:rFonts w:ascii="Aktiv Grotesk Corp" w:hAnsi="Aktiv Grotesk Corp"/>
                <w:sz w:val="22"/>
                <w:lang w:val="fr-FR"/>
              </w:rPr>
              <w:t> </w:t>
            </w:r>
            <w:r w:rsidRPr="00A4550A">
              <w:rPr>
                <w:rFonts w:ascii="Aktiv Grotesk Corp" w:hAnsi="Aktiv Grotesk Corp"/>
                <w:sz w:val="22"/>
                <w:lang w:val="fr-FR"/>
              </w:rPr>
              <w:t>: départ de Pescara pour Rome Fiumicino</w:t>
            </w:r>
            <w:r w:rsidRPr="00A4550A">
              <w:rPr>
                <w:rFonts w:ascii="Aktiv Grotesk Corp" w:hAnsi="Aktiv Grotesk Corp"/>
                <w:sz w:val="22"/>
                <w:lang w:val="fr-FR"/>
              </w:rPr>
              <w:br/>
              <w:t>23h10</w:t>
            </w:r>
            <w:r w:rsidR="00A4550A" w:rsidRPr="00A4550A">
              <w:rPr>
                <w:rFonts w:ascii="Aktiv Grotesk Corp" w:hAnsi="Aktiv Grotesk Corp"/>
                <w:sz w:val="22"/>
                <w:lang w:val="fr-FR"/>
              </w:rPr>
              <w:t> </w:t>
            </w:r>
            <w:r w:rsidRPr="00A4550A">
              <w:rPr>
                <w:rFonts w:ascii="Aktiv Grotesk Corp" w:hAnsi="Aktiv Grotesk Corp"/>
                <w:sz w:val="22"/>
                <w:lang w:val="fr-FR"/>
              </w:rPr>
              <w:t>: vol Rome – Nice</w:t>
            </w:r>
            <w:r w:rsidRPr="00A4550A">
              <w:rPr>
                <w:rFonts w:ascii="Aktiv Grotesk Corp" w:hAnsi="Aktiv Grotesk Corp"/>
                <w:sz w:val="22"/>
                <w:lang w:val="fr-FR"/>
              </w:rPr>
              <w:br/>
              <w:t>00h20</w:t>
            </w:r>
            <w:r w:rsidR="00A4550A" w:rsidRPr="00A4550A">
              <w:rPr>
                <w:rFonts w:ascii="Aktiv Grotesk Corp" w:hAnsi="Aktiv Grotesk Corp"/>
                <w:sz w:val="22"/>
                <w:lang w:val="fr-FR"/>
              </w:rPr>
              <w:t> </w:t>
            </w:r>
            <w:r w:rsidRPr="00A4550A">
              <w:rPr>
                <w:rFonts w:ascii="Aktiv Grotesk Corp" w:hAnsi="Aktiv Grotesk Corp"/>
                <w:sz w:val="22"/>
                <w:lang w:val="fr-FR"/>
              </w:rPr>
              <w:t>: arrivée à Nice</w:t>
            </w:r>
          </w:p>
        </w:tc>
      </w:tr>
    </w:tbl>
    <w:p w14:paraId="7C0CDE5F" w14:textId="77777777" w:rsidR="00A4550A" w:rsidRDefault="00A4550A" w:rsidP="00A4550A">
      <w:pPr>
        <w:pStyle w:val="Titre2"/>
        <w:spacing w:before="0" w:line="240" w:lineRule="auto"/>
        <w:jc w:val="both"/>
        <w:rPr>
          <w:rFonts w:ascii="Aktiv Grotesk Corp" w:hAnsi="Aktiv Grotesk Corp"/>
          <w:lang w:val="fr-FR"/>
        </w:rPr>
      </w:pPr>
    </w:p>
    <w:p w14:paraId="384C0EFC" w14:textId="75954F37" w:rsidR="009C5FF7" w:rsidRPr="00A4550A"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Préparation des rendez-vous</w:t>
      </w:r>
    </w:p>
    <w:p w14:paraId="58E7A5BF" w14:textId="77777777" w:rsidR="009C5FF7" w:rsidRPr="00A4550A" w:rsidRDefault="00000000" w:rsidP="00A4550A">
      <w:pPr>
        <w:pStyle w:val="Corpsdetexte"/>
        <w:spacing w:after="0" w:line="240" w:lineRule="auto"/>
        <w:jc w:val="both"/>
        <w:rPr>
          <w:rFonts w:ascii="Aktiv Grotesk Corp" w:hAnsi="Aktiv Grotesk Corp"/>
          <w:sz w:val="22"/>
          <w:lang w:val="fr-FR"/>
        </w:rPr>
      </w:pPr>
      <w:r w:rsidRPr="00A4550A">
        <w:rPr>
          <w:rFonts w:ascii="Aktiv Grotesk Corp" w:hAnsi="Aktiv Grotesk Corp"/>
          <w:sz w:val="22"/>
          <w:lang w:val="fr-FR"/>
        </w:rPr>
        <w:t>Les rencontres de Rome et Pescara seront finalisées avec les partenaires italiens à partir du profil des entreprises participantes et des attentes remontées en amont. Les séquences, horaires et visites pourront donc évoluer jusqu’à la transmission du programme définitif.</w:t>
      </w:r>
    </w:p>
    <w:p w14:paraId="0F3BE850" w14:textId="77777777" w:rsidR="00A4550A" w:rsidRDefault="00A4550A" w:rsidP="00A4550A">
      <w:pPr>
        <w:pStyle w:val="Titre2"/>
        <w:spacing w:before="0" w:line="240" w:lineRule="auto"/>
        <w:jc w:val="both"/>
        <w:rPr>
          <w:rFonts w:ascii="Aktiv Grotesk Corp" w:hAnsi="Aktiv Grotesk Corp"/>
          <w:lang w:val="fr-FR"/>
        </w:rPr>
      </w:pPr>
    </w:p>
    <w:p w14:paraId="49CE862C" w14:textId="1750BBA8" w:rsidR="009C5FF7" w:rsidRPr="00A4550A"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Format de la délégation</w:t>
      </w:r>
    </w:p>
    <w:p w14:paraId="12FE3482" w14:textId="4E79D651" w:rsidR="009C5FF7" w:rsidRPr="00A4550A" w:rsidRDefault="00000000" w:rsidP="00A4550A">
      <w:pPr>
        <w:pStyle w:val="Corpsdetexte"/>
        <w:spacing w:after="0" w:line="240" w:lineRule="auto"/>
        <w:jc w:val="both"/>
        <w:rPr>
          <w:rFonts w:ascii="Aktiv Grotesk Corp" w:hAnsi="Aktiv Grotesk Corp"/>
          <w:sz w:val="22"/>
          <w:lang w:val="fr-FR"/>
        </w:rPr>
      </w:pPr>
      <w:r w:rsidRPr="00A4550A">
        <w:rPr>
          <w:rFonts w:ascii="Aktiv Grotesk Corp" w:hAnsi="Aktiv Grotesk Corp"/>
          <w:sz w:val="22"/>
          <w:lang w:val="fr-FR"/>
        </w:rPr>
        <w:t>La mission est volontairement conçue dans un format restreint afin de privilégier la qualité des échanges, l’accès aux décideurs et la pertinence des mises en relation. Un représentant décisionnaire par entreprise est recommandé.</w:t>
      </w:r>
    </w:p>
    <w:p w14:paraId="3D310FA1"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lang w:val="fr-FR"/>
        </w:rPr>
        <w:br w:type="page"/>
      </w:r>
    </w:p>
    <w:p w14:paraId="1E317A5E" w14:textId="77777777" w:rsidR="009C5FF7" w:rsidRPr="00A4550A" w:rsidRDefault="00000000" w:rsidP="00A4550A">
      <w:pPr>
        <w:spacing w:after="0" w:line="240" w:lineRule="auto"/>
        <w:jc w:val="both"/>
        <w:rPr>
          <w:rFonts w:ascii="Aktiv Grotesk Corp" w:hAnsi="Aktiv Grotesk Corp"/>
        </w:rPr>
      </w:pPr>
      <w:r w:rsidRPr="00A4550A">
        <w:rPr>
          <w:rFonts w:ascii="Aktiv Grotesk Corp" w:hAnsi="Aktiv Grotesk Corp"/>
          <w:noProof/>
        </w:rPr>
        <w:lastRenderedPageBreak/>
        <w:drawing>
          <wp:inline distT="0" distB="0" distL="0" distR="0" wp14:anchorId="6664E462" wp14:editId="479A67A1">
            <wp:extent cx="5688000" cy="7292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banner.png"/>
                    <pic:cNvPicPr/>
                  </pic:nvPicPr>
                  <pic:blipFill>
                    <a:blip r:embed="rId8"/>
                    <a:stretch>
                      <a:fillRect/>
                    </a:stretch>
                  </pic:blipFill>
                  <pic:spPr>
                    <a:xfrm>
                      <a:off x="0" y="0"/>
                      <a:ext cx="5688000" cy="729231"/>
                    </a:xfrm>
                    <a:prstGeom prst="rect">
                      <a:avLst/>
                    </a:prstGeom>
                  </pic:spPr>
                </pic:pic>
              </a:graphicData>
            </a:graphic>
          </wp:inline>
        </w:drawing>
      </w:r>
    </w:p>
    <w:p w14:paraId="6B302AAF"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E22B2F"/>
          <w:lang w:val="fr-FR"/>
        </w:rPr>
        <w:t>PARTICIPATION</w:t>
      </w:r>
    </w:p>
    <w:p w14:paraId="31E260CE" w14:textId="77777777" w:rsidR="009C5FF7" w:rsidRPr="00A4550A" w:rsidRDefault="00000000" w:rsidP="00A4550A">
      <w:pPr>
        <w:pStyle w:val="Titre"/>
        <w:pBdr>
          <w:bottom w:val="single" w:sz="12" w:space="4" w:color="E22B2F"/>
        </w:pBdr>
        <w:spacing w:after="0"/>
        <w:jc w:val="both"/>
        <w:rPr>
          <w:rFonts w:ascii="Aktiv Grotesk Corp" w:hAnsi="Aktiv Grotesk Corp"/>
          <w:lang w:val="fr-FR"/>
        </w:rPr>
      </w:pPr>
      <w:r w:rsidRPr="00A4550A">
        <w:rPr>
          <w:rFonts w:ascii="Aktiv Grotesk Corp" w:hAnsi="Aktiv Grotesk Corp"/>
          <w:lang w:val="fr-FR"/>
        </w:rPr>
        <w:t>Informations pratiques et organisation logistique</w:t>
      </w:r>
    </w:p>
    <w:p w14:paraId="54A88199" w14:textId="77777777" w:rsidR="009C5FF7" w:rsidRPr="00A4550A" w:rsidRDefault="00000000" w:rsidP="00A4550A">
      <w:pPr>
        <w:pStyle w:val="Sous-titre"/>
        <w:spacing w:after="0" w:line="240" w:lineRule="auto"/>
        <w:jc w:val="both"/>
        <w:rPr>
          <w:rFonts w:ascii="Aktiv Grotesk Corp" w:hAnsi="Aktiv Grotesk Corp"/>
          <w:lang w:val="fr-FR"/>
        </w:rPr>
      </w:pPr>
      <w:r w:rsidRPr="00A4550A">
        <w:rPr>
          <w:rFonts w:ascii="Aktiv Grotesk Corp" w:hAnsi="Aktiv Grotesk Corp"/>
          <w:lang w:val="fr-FR"/>
        </w:rPr>
        <w:t>Un circuit simple pour les vols, hôtels et transports routiers</w:t>
      </w:r>
    </w:p>
    <w:p w14:paraId="0BF59E73" w14:textId="77777777" w:rsidR="00A4550A" w:rsidRDefault="00A4550A" w:rsidP="00A4550A">
      <w:pPr>
        <w:pStyle w:val="Titre2"/>
        <w:spacing w:before="0" w:line="240" w:lineRule="auto"/>
        <w:jc w:val="both"/>
        <w:rPr>
          <w:rFonts w:ascii="Aktiv Grotesk Corp" w:hAnsi="Aktiv Grotesk Corp"/>
        </w:rPr>
      </w:pPr>
    </w:p>
    <w:p w14:paraId="5F809E5A" w14:textId="3352D657" w:rsidR="009C5FF7" w:rsidRPr="00A4550A" w:rsidRDefault="00000000" w:rsidP="00A4550A">
      <w:pPr>
        <w:pStyle w:val="Titre2"/>
        <w:spacing w:before="0" w:line="240" w:lineRule="auto"/>
        <w:jc w:val="both"/>
        <w:rPr>
          <w:rFonts w:ascii="Aktiv Grotesk Corp" w:hAnsi="Aktiv Grotesk Corp"/>
        </w:rPr>
      </w:pPr>
      <w:r w:rsidRPr="00A4550A">
        <w:rPr>
          <w:rFonts w:ascii="Aktiv Grotesk Corp" w:hAnsi="Aktiv Grotesk Corp"/>
        </w:rPr>
        <w:t xml:space="preserve">Public </w:t>
      </w:r>
      <w:proofErr w:type="spellStart"/>
      <w:r w:rsidRPr="00A4550A">
        <w:rPr>
          <w:rFonts w:ascii="Aktiv Grotesk Corp" w:hAnsi="Aktiv Grotesk Corp"/>
        </w:rPr>
        <w:t>visé</w:t>
      </w:r>
      <w:proofErr w:type="spellEnd"/>
    </w:p>
    <w:p w14:paraId="6447BF61" w14:textId="77777777" w:rsidR="009C5FF7" w:rsidRPr="00A4550A" w:rsidRDefault="00000000" w:rsidP="00A4550A">
      <w:pPr>
        <w:pStyle w:val="Listepuces"/>
        <w:numPr>
          <w:ilvl w:val="0"/>
          <w:numId w:val="11"/>
        </w:numPr>
        <w:spacing w:before="120" w:after="0" w:line="240" w:lineRule="auto"/>
        <w:ind w:hanging="357"/>
        <w:jc w:val="both"/>
        <w:rPr>
          <w:rFonts w:ascii="Aktiv Grotesk Corp" w:hAnsi="Aktiv Grotesk Corp"/>
          <w:sz w:val="22"/>
          <w:lang w:val="fr-FR"/>
        </w:rPr>
      </w:pPr>
      <w:r w:rsidRPr="00A4550A">
        <w:rPr>
          <w:rFonts w:ascii="Aktiv Grotesk Corp" w:hAnsi="Aktiv Grotesk Corp"/>
          <w:sz w:val="22"/>
          <w:lang w:val="fr-FR"/>
        </w:rPr>
        <w:t>Présidents, directeurs généraux, membres de comités exécutifs et responsables du développement international.</w:t>
      </w:r>
    </w:p>
    <w:p w14:paraId="2F85E087" w14:textId="77777777" w:rsidR="009C5FF7" w:rsidRPr="00A4550A" w:rsidRDefault="00000000" w:rsidP="00A4550A">
      <w:pPr>
        <w:pStyle w:val="Listepuces"/>
        <w:numPr>
          <w:ilvl w:val="0"/>
          <w:numId w:val="11"/>
        </w:numPr>
        <w:spacing w:before="120" w:after="0" w:line="240" w:lineRule="auto"/>
        <w:ind w:hanging="357"/>
        <w:jc w:val="both"/>
        <w:rPr>
          <w:rFonts w:ascii="Aktiv Grotesk Corp" w:hAnsi="Aktiv Grotesk Corp"/>
          <w:sz w:val="22"/>
          <w:lang w:val="fr-FR"/>
        </w:rPr>
      </w:pPr>
      <w:r w:rsidRPr="00A4550A">
        <w:rPr>
          <w:rFonts w:ascii="Aktiv Grotesk Corp" w:hAnsi="Aktiv Grotesk Corp"/>
          <w:sz w:val="22"/>
          <w:lang w:val="fr-FR"/>
        </w:rPr>
        <w:t>Dirigeants d’entreprises industrielles, de services et de logistique.</w:t>
      </w:r>
    </w:p>
    <w:p w14:paraId="3E037149" w14:textId="77777777" w:rsidR="009C5FF7" w:rsidRPr="00A4550A" w:rsidRDefault="00000000" w:rsidP="00A4550A">
      <w:pPr>
        <w:pStyle w:val="Listepuces"/>
        <w:numPr>
          <w:ilvl w:val="0"/>
          <w:numId w:val="11"/>
        </w:numPr>
        <w:spacing w:before="120" w:after="0" w:line="240" w:lineRule="auto"/>
        <w:ind w:hanging="357"/>
        <w:jc w:val="both"/>
        <w:rPr>
          <w:rFonts w:ascii="Aktiv Grotesk Corp" w:hAnsi="Aktiv Grotesk Corp"/>
          <w:sz w:val="22"/>
          <w:lang w:val="fr-FR"/>
        </w:rPr>
      </w:pPr>
      <w:r w:rsidRPr="00A4550A">
        <w:rPr>
          <w:rFonts w:ascii="Aktiv Grotesk Corp" w:hAnsi="Aktiv Grotesk Corp"/>
          <w:sz w:val="22"/>
          <w:lang w:val="fr-FR"/>
        </w:rPr>
        <w:t>Start-up et scale-up de l’IA, du numérique, de la mobilité, de la santé et de l’innovation.</w:t>
      </w:r>
    </w:p>
    <w:p w14:paraId="251DD9FC" w14:textId="77777777" w:rsidR="009C5FF7" w:rsidRPr="00A4550A" w:rsidRDefault="00000000" w:rsidP="00A4550A">
      <w:pPr>
        <w:pStyle w:val="Listepuces"/>
        <w:numPr>
          <w:ilvl w:val="0"/>
          <w:numId w:val="11"/>
        </w:numPr>
        <w:spacing w:before="120" w:after="0" w:line="240" w:lineRule="auto"/>
        <w:ind w:hanging="357"/>
        <w:jc w:val="both"/>
        <w:rPr>
          <w:rFonts w:ascii="Aktiv Grotesk Corp" w:hAnsi="Aktiv Grotesk Corp"/>
          <w:sz w:val="22"/>
          <w:lang w:val="fr-FR"/>
        </w:rPr>
      </w:pPr>
      <w:r w:rsidRPr="00A4550A">
        <w:rPr>
          <w:rFonts w:ascii="Aktiv Grotesk Corp" w:hAnsi="Aktiv Grotesk Corp"/>
          <w:sz w:val="22"/>
          <w:lang w:val="fr-FR"/>
        </w:rPr>
        <w:t>Investisseurs, acteurs du financement, responsables d’écosystème, d’enseignement supérieur ou de formation.</w:t>
      </w:r>
    </w:p>
    <w:p w14:paraId="04EEEDC2" w14:textId="77777777" w:rsidR="00A4550A" w:rsidRDefault="00A4550A" w:rsidP="00A4550A">
      <w:pPr>
        <w:pStyle w:val="Titre2"/>
        <w:spacing w:before="0" w:line="240" w:lineRule="auto"/>
        <w:jc w:val="both"/>
        <w:rPr>
          <w:rFonts w:ascii="Aktiv Grotesk Corp" w:hAnsi="Aktiv Grotesk Corp"/>
        </w:rPr>
      </w:pPr>
    </w:p>
    <w:p w14:paraId="05405192" w14:textId="68CC6942" w:rsidR="009C5FF7" w:rsidRDefault="00000000" w:rsidP="00A4550A">
      <w:pPr>
        <w:pStyle w:val="Titre2"/>
        <w:spacing w:before="0" w:line="240" w:lineRule="auto"/>
        <w:jc w:val="both"/>
        <w:rPr>
          <w:rFonts w:ascii="Aktiv Grotesk Corp" w:hAnsi="Aktiv Grotesk Corp"/>
        </w:rPr>
      </w:pPr>
      <w:proofErr w:type="spellStart"/>
      <w:r w:rsidRPr="00A4550A">
        <w:rPr>
          <w:rFonts w:ascii="Aktiv Grotesk Corp" w:hAnsi="Aktiv Grotesk Corp"/>
        </w:rPr>
        <w:t>Organisation</w:t>
      </w:r>
      <w:proofErr w:type="spellEnd"/>
      <w:r w:rsidRPr="00A4550A">
        <w:rPr>
          <w:rFonts w:ascii="Aktiv Grotesk Corp" w:hAnsi="Aktiv Grotesk Corp"/>
        </w:rPr>
        <w:t xml:space="preserve"> </w:t>
      </w:r>
      <w:proofErr w:type="spellStart"/>
      <w:r w:rsidRPr="00A4550A">
        <w:rPr>
          <w:rFonts w:ascii="Aktiv Grotesk Corp" w:hAnsi="Aktiv Grotesk Corp"/>
        </w:rPr>
        <w:t>logistique</w:t>
      </w:r>
      <w:proofErr w:type="spellEnd"/>
      <w:r w:rsidRPr="00A4550A">
        <w:rPr>
          <w:rFonts w:ascii="Aktiv Grotesk Corp" w:hAnsi="Aktiv Grotesk Corp"/>
        </w:rPr>
        <w:t xml:space="preserve"> — Galaxy Voyages</w:t>
      </w:r>
    </w:p>
    <w:p w14:paraId="45F05402" w14:textId="77777777" w:rsidR="00A4550A" w:rsidRPr="00A4550A" w:rsidRDefault="00A4550A" w:rsidP="00A4550A"/>
    <w:tbl>
      <w:tblPr>
        <w:tblW w:w="0" w:type="auto"/>
        <w:jc w:val="center"/>
        <w:tblLayout w:type="fixed"/>
        <w:tblLook w:val="04A0" w:firstRow="1" w:lastRow="0" w:firstColumn="1" w:lastColumn="0" w:noHBand="0" w:noVBand="1"/>
      </w:tblPr>
      <w:tblGrid>
        <w:gridCol w:w="10312"/>
      </w:tblGrid>
      <w:tr w:rsidR="009C5FF7" w:rsidRPr="00A4550A" w14:paraId="2445477F" w14:textId="77777777">
        <w:trPr>
          <w:jc w:val="center"/>
        </w:trPr>
        <w:tc>
          <w:tcPr>
            <w:tcW w:w="10312" w:type="dxa"/>
            <w:shd w:val="clear" w:color="auto" w:fill="EAF5F8"/>
            <w:tcMar>
              <w:top w:w="130" w:type="dxa"/>
              <w:left w:w="160" w:type="dxa"/>
              <w:bottom w:w="130" w:type="dxa"/>
              <w:right w:w="160" w:type="dxa"/>
            </w:tcMar>
          </w:tcPr>
          <w:p w14:paraId="0F860A49"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162C5B"/>
                <w:sz w:val="20"/>
                <w:lang w:val="fr-FR"/>
              </w:rPr>
              <w:t>Toute réservation relative à la logistique de la délégation — vols, hébergement, transports routiers et vans — doit être effectuée auprès de Galaxy Voyages, interlocuteur dédié de la mission.</w:t>
            </w:r>
          </w:p>
        </w:tc>
      </w:tr>
    </w:tbl>
    <w:p w14:paraId="10D496BA" w14:textId="77777777" w:rsidR="009C5FF7" w:rsidRPr="00A4550A" w:rsidRDefault="009C5FF7" w:rsidP="00A4550A">
      <w:pPr>
        <w:spacing w:after="0" w:line="240" w:lineRule="auto"/>
        <w:jc w:val="both"/>
        <w:rPr>
          <w:rFonts w:ascii="Aktiv Grotesk Corp" w:hAnsi="Aktiv Grotesk Corp"/>
          <w:sz w:val="22"/>
          <w:lang w:val="fr-FR"/>
        </w:rPr>
      </w:pPr>
    </w:p>
    <w:tbl>
      <w:tblPr>
        <w:tblW w:w="0" w:type="auto"/>
        <w:jc w:val="center"/>
        <w:tblLayout w:type="fixed"/>
        <w:tblLook w:val="04A0" w:firstRow="1" w:lastRow="0" w:firstColumn="1" w:lastColumn="0" w:noHBand="0" w:noVBand="1"/>
      </w:tblPr>
      <w:tblGrid>
        <w:gridCol w:w="2438"/>
        <w:gridCol w:w="6633"/>
      </w:tblGrid>
      <w:tr w:rsidR="009C5FF7" w:rsidRPr="00A4550A" w14:paraId="47FCE043" w14:textId="77777777">
        <w:trPr>
          <w:jc w:val="center"/>
        </w:trPr>
        <w:tc>
          <w:tcPr>
            <w:tcW w:w="2438" w:type="dxa"/>
            <w:shd w:val="clear" w:color="auto" w:fill="162C5B"/>
            <w:tcMar>
              <w:top w:w="100" w:type="dxa"/>
              <w:left w:w="110" w:type="dxa"/>
              <w:bottom w:w="100" w:type="dxa"/>
              <w:right w:w="110" w:type="dxa"/>
            </w:tcMar>
          </w:tcPr>
          <w:p w14:paraId="46A70AE7"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E-mail</w:t>
            </w:r>
          </w:p>
        </w:tc>
        <w:tc>
          <w:tcPr>
            <w:tcW w:w="6633" w:type="dxa"/>
            <w:tcMar>
              <w:top w:w="100" w:type="dxa"/>
              <w:left w:w="110" w:type="dxa"/>
              <w:bottom w:w="100" w:type="dxa"/>
              <w:right w:w="110" w:type="dxa"/>
            </w:tcMar>
          </w:tcPr>
          <w:p w14:paraId="115A15A4" w14:textId="77777777" w:rsidR="009C5FF7" w:rsidRPr="00A4550A" w:rsidRDefault="00000000" w:rsidP="00A4550A">
            <w:pPr>
              <w:spacing w:after="0" w:line="240" w:lineRule="auto"/>
              <w:jc w:val="both"/>
              <w:rPr>
                <w:rFonts w:ascii="Aktiv Grotesk Corp" w:hAnsi="Aktiv Grotesk Corp"/>
                <w:sz w:val="22"/>
              </w:rPr>
            </w:pPr>
            <w:hyperlink r:id="rId9">
              <w:r w:rsidRPr="00A4550A">
                <w:rPr>
                  <w:rFonts w:ascii="Aktiv Grotesk Corp" w:hAnsi="Aktiv Grotesk Corp"/>
                  <w:color w:val="0563C1"/>
                  <w:sz w:val="22"/>
                  <w:u w:val="single"/>
                </w:rPr>
                <w:t>galaxie@galaxievoyages.com</w:t>
              </w:r>
            </w:hyperlink>
          </w:p>
        </w:tc>
      </w:tr>
      <w:tr w:rsidR="009C5FF7" w:rsidRPr="00A4550A" w14:paraId="67F21EC9" w14:textId="77777777">
        <w:trPr>
          <w:jc w:val="center"/>
        </w:trPr>
        <w:tc>
          <w:tcPr>
            <w:tcW w:w="2438" w:type="dxa"/>
            <w:shd w:val="clear" w:color="auto" w:fill="162C5B"/>
            <w:tcMar>
              <w:top w:w="100" w:type="dxa"/>
              <w:left w:w="110" w:type="dxa"/>
              <w:bottom w:w="100" w:type="dxa"/>
              <w:right w:w="110" w:type="dxa"/>
            </w:tcMar>
          </w:tcPr>
          <w:p w14:paraId="4B344035"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Téléphone</w:t>
            </w:r>
          </w:p>
        </w:tc>
        <w:tc>
          <w:tcPr>
            <w:tcW w:w="6633" w:type="dxa"/>
            <w:tcMar>
              <w:top w:w="100" w:type="dxa"/>
              <w:left w:w="110" w:type="dxa"/>
              <w:bottom w:w="100" w:type="dxa"/>
              <w:right w:w="110" w:type="dxa"/>
            </w:tcMar>
          </w:tcPr>
          <w:p w14:paraId="2E90113D"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sz w:val="22"/>
              </w:rPr>
              <w:t>+33 7 85 97 91 38</w:t>
            </w:r>
          </w:p>
        </w:tc>
      </w:tr>
      <w:tr w:rsidR="009C5FF7" w:rsidRPr="00A4550A" w14:paraId="66E9018C" w14:textId="77777777">
        <w:trPr>
          <w:jc w:val="center"/>
        </w:trPr>
        <w:tc>
          <w:tcPr>
            <w:tcW w:w="2438" w:type="dxa"/>
            <w:shd w:val="clear" w:color="auto" w:fill="162C5B"/>
            <w:tcMar>
              <w:top w:w="100" w:type="dxa"/>
              <w:left w:w="110" w:type="dxa"/>
              <w:bottom w:w="100" w:type="dxa"/>
              <w:right w:w="110" w:type="dxa"/>
            </w:tcMar>
          </w:tcPr>
          <w:p w14:paraId="4E93E5C0" w14:textId="77777777" w:rsidR="009C5FF7" w:rsidRPr="00A4550A" w:rsidRDefault="00000000" w:rsidP="00A4550A">
            <w:pPr>
              <w:spacing w:after="0" w:line="240" w:lineRule="auto"/>
              <w:jc w:val="both"/>
              <w:rPr>
                <w:rFonts w:ascii="Aktiv Grotesk Corp" w:hAnsi="Aktiv Grotesk Corp"/>
                <w:sz w:val="22"/>
              </w:rPr>
            </w:pPr>
            <w:r w:rsidRPr="00A4550A">
              <w:rPr>
                <w:rFonts w:ascii="Aktiv Grotesk Corp" w:hAnsi="Aktiv Grotesk Corp"/>
                <w:b/>
                <w:color w:val="FFFFFF"/>
                <w:sz w:val="22"/>
              </w:rPr>
              <w:t>Site internet</w:t>
            </w:r>
          </w:p>
        </w:tc>
        <w:tc>
          <w:tcPr>
            <w:tcW w:w="6633" w:type="dxa"/>
            <w:tcMar>
              <w:top w:w="100" w:type="dxa"/>
              <w:left w:w="110" w:type="dxa"/>
              <w:bottom w:w="100" w:type="dxa"/>
              <w:right w:w="110" w:type="dxa"/>
            </w:tcMar>
          </w:tcPr>
          <w:p w14:paraId="1AE1E3B3" w14:textId="77777777" w:rsidR="009C5FF7" w:rsidRPr="00A4550A" w:rsidRDefault="00000000" w:rsidP="00A4550A">
            <w:pPr>
              <w:spacing w:after="0" w:line="240" w:lineRule="auto"/>
              <w:jc w:val="both"/>
              <w:rPr>
                <w:rFonts w:ascii="Aktiv Grotesk Corp" w:hAnsi="Aktiv Grotesk Corp"/>
                <w:sz w:val="22"/>
              </w:rPr>
            </w:pPr>
            <w:hyperlink r:id="rId10">
              <w:r w:rsidRPr="00A4550A">
                <w:rPr>
                  <w:rFonts w:ascii="Aktiv Grotesk Corp" w:hAnsi="Aktiv Grotesk Corp"/>
                  <w:color w:val="0563C1"/>
                  <w:sz w:val="22"/>
                  <w:u w:val="single"/>
                </w:rPr>
                <w:t>www.galaxievoyages.com</w:t>
              </w:r>
            </w:hyperlink>
          </w:p>
        </w:tc>
      </w:tr>
    </w:tbl>
    <w:p w14:paraId="2F407A87" w14:textId="77777777" w:rsidR="00A4550A" w:rsidRDefault="00A4550A" w:rsidP="00A4550A">
      <w:pPr>
        <w:pStyle w:val="Corpsdetexte"/>
        <w:spacing w:after="0" w:line="240" w:lineRule="auto"/>
        <w:jc w:val="both"/>
        <w:rPr>
          <w:rFonts w:ascii="Aktiv Grotesk Corp" w:hAnsi="Aktiv Grotesk Corp"/>
          <w:sz w:val="22"/>
          <w:lang w:val="fr-FR"/>
        </w:rPr>
      </w:pPr>
    </w:p>
    <w:p w14:paraId="13ED488E" w14:textId="14703225" w:rsidR="009C5FF7" w:rsidRPr="00A4550A" w:rsidRDefault="00000000" w:rsidP="00A4550A">
      <w:pPr>
        <w:pStyle w:val="Corpsdetexte"/>
        <w:spacing w:after="0" w:line="240" w:lineRule="auto"/>
        <w:jc w:val="both"/>
        <w:rPr>
          <w:rFonts w:ascii="Aktiv Grotesk Corp" w:hAnsi="Aktiv Grotesk Corp"/>
          <w:sz w:val="22"/>
          <w:lang w:val="fr-FR"/>
        </w:rPr>
      </w:pPr>
      <w:r w:rsidRPr="00A4550A">
        <w:rPr>
          <w:rFonts w:ascii="Aktiv Grotesk Corp" w:hAnsi="Aktiv Grotesk Corp"/>
          <w:sz w:val="22"/>
          <w:lang w:val="fr-FR"/>
        </w:rPr>
        <w:t>Pour les participants tenus de passer par une centrale de réservation propre à leur organisation, Galaxy Voyages pourra communiquer les références utiles concernant les hôtels, les vols et les modalités des transports routiers afin de garantir la cohérence avec le reste de la délégation.</w:t>
      </w:r>
    </w:p>
    <w:p w14:paraId="15D4A0B2" w14:textId="77777777" w:rsidR="00A4550A" w:rsidRDefault="00A4550A" w:rsidP="00A4550A">
      <w:pPr>
        <w:pStyle w:val="Titre2"/>
        <w:spacing w:before="0" w:line="240" w:lineRule="auto"/>
        <w:jc w:val="both"/>
        <w:rPr>
          <w:rFonts w:ascii="Aktiv Grotesk Corp" w:hAnsi="Aktiv Grotesk Corp"/>
        </w:rPr>
      </w:pPr>
    </w:p>
    <w:p w14:paraId="73A7AD53" w14:textId="02B14F94" w:rsidR="00A4550A" w:rsidRPr="00A4550A" w:rsidRDefault="00000000" w:rsidP="00A4550A">
      <w:pPr>
        <w:pStyle w:val="Titre2"/>
        <w:spacing w:before="0" w:line="240" w:lineRule="auto"/>
        <w:jc w:val="both"/>
        <w:rPr>
          <w:rFonts w:ascii="Aktiv Grotesk Corp" w:hAnsi="Aktiv Grotesk Corp"/>
        </w:rPr>
      </w:pPr>
      <w:proofErr w:type="spellStart"/>
      <w:r w:rsidRPr="00A4550A">
        <w:rPr>
          <w:rFonts w:ascii="Aktiv Grotesk Corp" w:hAnsi="Aktiv Grotesk Corp"/>
        </w:rPr>
        <w:t>Informations</w:t>
      </w:r>
      <w:proofErr w:type="spellEnd"/>
      <w:r w:rsidRPr="00A4550A">
        <w:rPr>
          <w:rFonts w:ascii="Aktiv Grotesk Corp" w:hAnsi="Aktiv Grotesk Corp"/>
        </w:rPr>
        <w:t xml:space="preserve"> à </w:t>
      </w:r>
      <w:proofErr w:type="spellStart"/>
      <w:r w:rsidRPr="00A4550A">
        <w:rPr>
          <w:rFonts w:ascii="Aktiv Grotesk Corp" w:hAnsi="Aktiv Grotesk Corp"/>
        </w:rPr>
        <w:t>transmettre</w:t>
      </w:r>
      <w:proofErr w:type="spellEnd"/>
    </w:p>
    <w:p w14:paraId="0E32E213" w14:textId="77777777" w:rsidR="009C5FF7" w:rsidRPr="00A4550A" w:rsidRDefault="00000000" w:rsidP="00A4550A">
      <w:pPr>
        <w:pStyle w:val="Listepuces"/>
        <w:numPr>
          <w:ilvl w:val="0"/>
          <w:numId w:val="12"/>
        </w:numPr>
        <w:spacing w:after="0" w:line="240" w:lineRule="auto"/>
        <w:jc w:val="both"/>
        <w:rPr>
          <w:rFonts w:ascii="Aktiv Grotesk Corp" w:hAnsi="Aktiv Grotesk Corp"/>
          <w:sz w:val="22"/>
          <w:lang w:val="fr-FR"/>
        </w:rPr>
      </w:pPr>
      <w:r w:rsidRPr="00A4550A">
        <w:rPr>
          <w:rFonts w:ascii="Aktiv Grotesk Corp" w:hAnsi="Aktiv Grotesk Corp"/>
          <w:sz w:val="22"/>
          <w:lang w:val="fr-FR"/>
        </w:rPr>
        <w:t>Entreprise, site internet, activité et principales références.</w:t>
      </w:r>
    </w:p>
    <w:p w14:paraId="511799F0" w14:textId="77777777" w:rsidR="009C5FF7" w:rsidRPr="00A4550A" w:rsidRDefault="00000000" w:rsidP="00A4550A">
      <w:pPr>
        <w:pStyle w:val="Listepuces"/>
        <w:numPr>
          <w:ilvl w:val="0"/>
          <w:numId w:val="12"/>
        </w:numPr>
        <w:spacing w:after="0" w:line="240" w:lineRule="auto"/>
        <w:jc w:val="both"/>
        <w:rPr>
          <w:rFonts w:ascii="Aktiv Grotesk Corp" w:hAnsi="Aktiv Grotesk Corp"/>
          <w:sz w:val="22"/>
          <w:lang w:val="fr-FR"/>
        </w:rPr>
      </w:pPr>
      <w:r w:rsidRPr="00A4550A">
        <w:rPr>
          <w:rFonts w:ascii="Aktiv Grotesk Corp" w:hAnsi="Aktiv Grotesk Corp"/>
          <w:sz w:val="22"/>
          <w:lang w:val="fr-FR"/>
        </w:rPr>
        <w:t>Nom, fonction et coordonnées du participant.</w:t>
      </w:r>
    </w:p>
    <w:p w14:paraId="11797E62" w14:textId="77777777" w:rsidR="009C5FF7" w:rsidRPr="00A4550A" w:rsidRDefault="00000000" w:rsidP="00A4550A">
      <w:pPr>
        <w:pStyle w:val="Listepuces"/>
        <w:numPr>
          <w:ilvl w:val="0"/>
          <w:numId w:val="12"/>
        </w:numPr>
        <w:spacing w:after="0" w:line="240" w:lineRule="auto"/>
        <w:jc w:val="both"/>
        <w:rPr>
          <w:rFonts w:ascii="Aktiv Grotesk Corp" w:hAnsi="Aktiv Grotesk Corp"/>
          <w:sz w:val="22"/>
          <w:lang w:val="fr-FR"/>
        </w:rPr>
      </w:pPr>
      <w:r w:rsidRPr="00A4550A">
        <w:rPr>
          <w:rFonts w:ascii="Aktiv Grotesk Corp" w:hAnsi="Aktiv Grotesk Corp"/>
          <w:sz w:val="22"/>
          <w:lang w:val="fr-FR"/>
        </w:rPr>
        <w:t>Domaines d’intérêt et objectifs prioritaires en Italie.</w:t>
      </w:r>
    </w:p>
    <w:p w14:paraId="7CF2222E" w14:textId="77777777" w:rsidR="009C5FF7" w:rsidRPr="00A4550A" w:rsidRDefault="00000000" w:rsidP="00A4550A">
      <w:pPr>
        <w:pStyle w:val="Listepuces"/>
        <w:numPr>
          <w:ilvl w:val="0"/>
          <w:numId w:val="12"/>
        </w:numPr>
        <w:spacing w:after="0" w:line="240" w:lineRule="auto"/>
        <w:jc w:val="both"/>
        <w:rPr>
          <w:rFonts w:ascii="Aktiv Grotesk Corp" w:hAnsi="Aktiv Grotesk Corp"/>
          <w:sz w:val="22"/>
          <w:lang w:val="fr-FR"/>
        </w:rPr>
      </w:pPr>
      <w:r w:rsidRPr="00A4550A">
        <w:rPr>
          <w:rFonts w:ascii="Aktiv Grotesk Corp" w:hAnsi="Aktiv Grotesk Corp"/>
          <w:sz w:val="22"/>
          <w:lang w:val="fr-FR"/>
        </w:rPr>
        <w:t>Type d’interlocuteurs, entreprises ou partenaires recherchés.</w:t>
      </w:r>
    </w:p>
    <w:p w14:paraId="701641D5" w14:textId="77777777" w:rsidR="009C5FF7" w:rsidRPr="00A4550A" w:rsidRDefault="00000000" w:rsidP="00A4550A">
      <w:pPr>
        <w:pStyle w:val="Listepuces"/>
        <w:numPr>
          <w:ilvl w:val="0"/>
          <w:numId w:val="12"/>
        </w:numPr>
        <w:spacing w:after="0" w:line="240" w:lineRule="auto"/>
        <w:jc w:val="both"/>
        <w:rPr>
          <w:rFonts w:ascii="Aktiv Grotesk Corp" w:hAnsi="Aktiv Grotesk Corp"/>
          <w:sz w:val="22"/>
          <w:lang w:val="fr-FR"/>
        </w:rPr>
      </w:pPr>
      <w:r w:rsidRPr="00A4550A">
        <w:rPr>
          <w:rFonts w:ascii="Aktiv Grotesk Corp" w:hAnsi="Aktiv Grotesk Corp"/>
          <w:sz w:val="22"/>
          <w:lang w:val="fr-FR"/>
        </w:rPr>
        <w:t>Besoins logistiques spécifiques : vols, hôtel, van, arrivée ou départ décalé, extension éventuelle.</w:t>
      </w:r>
    </w:p>
    <w:p w14:paraId="20E883CA" w14:textId="77777777" w:rsidR="009C5FF7" w:rsidRPr="00A4550A" w:rsidRDefault="00000000" w:rsidP="00A4550A">
      <w:pPr>
        <w:pStyle w:val="Listepuces"/>
        <w:numPr>
          <w:ilvl w:val="0"/>
          <w:numId w:val="12"/>
        </w:numPr>
        <w:spacing w:after="0" w:line="240" w:lineRule="auto"/>
        <w:jc w:val="both"/>
        <w:rPr>
          <w:rFonts w:ascii="Aktiv Grotesk Corp" w:hAnsi="Aktiv Grotesk Corp"/>
          <w:sz w:val="22"/>
          <w:lang w:val="fr-FR"/>
        </w:rPr>
      </w:pPr>
      <w:r w:rsidRPr="00A4550A">
        <w:rPr>
          <w:rFonts w:ascii="Aktiv Grotesk Corp" w:hAnsi="Aktiv Grotesk Corp"/>
          <w:sz w:val="22"/>
          <w:lang w:val="fr-FR"/>
        </w:rPr>
        <w:t>Présentation synthétique de l’entreprise, de préférence en anglais ou en italien.</w:t>
      </w:r>
    </w:p>
    <w:p w14:paraId="18EE68FF" w14:textId="77777777" w:rsidR="00A4550A" w:rsidRDefault="00A4550A" w:rsidP="00A4550A">
      <w:pPr>
        <w:pStyle w:val="Titre2"/>
        <w:spacing w:before="0" w:line="240" w:lineRule="auto"/>
        <w:jc w:val="both"/>
        <w:rPr>
          <w:rFonts w:ascii="Aktiv Grotesk Corp" w:hAnsi="Aktiv Grotesk Corp"/>
          <w:lang w:val="fr-FR"/>
        </w:rPr>
      </w:pPr>
    </w:p>
    <w:p w14:paraId="13149628" w14:textId="67468F25" w:rsidR="009C5FF7" w:rsidRPr="00A4550A"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Frais et conditions</w:t>
      </w:r>
    </w:p>
    <w:p w14:paraId="38A5BB52" w14:textId="77777777" w:rsidR="00A4550A" w:rsidRPr="00A4550A" w:rsidRDefault="00A4550A" w:rsidP="00A4550A">
      <w:pPr>
        <w:pStyle w:val="Corpsdetexte"/>
        <w:spacing w:after="0" w:line="240" w:lineRule="auto"/>
        <w:jc w:val="both"/>
        <w:rPr>
          <w:rFonts w:ascii="Aktiv Grotesk Corp" w:hAnsi="Aktiv Grotesk Corp"/>
          <w:sz w:val="22"/>
          <w:lang w:val="fr-FR"/>
        </w:rPr>
      </w:pPr>
    </w:p>
    <w:p w14:paraId="17D131BC" w14:textId="0D3EADFF" w:rsidR="009C5FF7" w:rsidRPr="00A4550A" w:rsidRDefault="00000000" w:rsidP="00A4550A">
      <w:pPr>
        <w:pStyle w:val="Corpsdetexte"/>
        <w:spacing w:after="0" w:line="240" w:lineRule="auto"/>
        <w:jc w:val="both"/>
        <w:rPr>
          <w:rFonts w:ascii="Aktiv Grotesk Corp" w:hAnsi="Aktiv Grotesk Corp"/>
          <w:sz w:val="22"/>
          <w:lang w:val="fr-FR"/>
        </w:rPr>
      </w:pPr>
      <w:r w:rsidRPr="00A4550A">
        <w:rPr>
          <w:rFonts w:ascii="Aktiv Grotesk Corp" w:hAnsi="Aktiv Grotesk Corp"/>
          <w:sz w:val="22"/>
          <w:lang w:val="fr-FR"/>
        </w:rPr>
        <w:t>Les frais de voyage, d’hébergement et les prestations logistiques sont à la charge de chaque participant. Galaxy Voyages appliquera ses conditions et frais de dossier directement aux réservations. Les modalités précises seront communiquées lors de la confirmation de participation.</w:t>
      </w:r>
    </w:p>
    <w:p w14:paraId="4F6DAB6C" w14:textId="77777777" w:rsidR="009C5FF7" w:rsidRPr="00A4550A" w:rsidRDefault="00000000" w:rsidP="00A4550A">
      <w:pPr>
        <w:spacing w:after="0" w:line="240" w:lineRule="auto"/>
        <w:jc w:val="both"/>
        <w:rPr>
          <w:rFonts w:ascii="Aktiv Grotesk Corp" w:hAnsi="Aktiv Grotesk Corp"/>
          <w:sz w:val="22"/>
          <w:lang w:val="fr-FR"/>
        </w:rPr>
      </w:pPr>
      <w:r w:rsidRPr="00A4550A">
        <w:rPr>
          <w:rFonts w:ascii="Aktiv Grotesk Corp" w:hAnsi="Aktiv Grotesk Corp"/>
          <w:sz w:val="22"/>
          <w:lang w:val="fr-FR"/>
        </w:rPr>
        <w:br w:type="page"/>
      </w:r>
    </w:p>
    <w:p w14:paraId="3D563BEE" w14:textId="77777777" w:rsidR="009C5FF7" w:rsidRPr="00A4550A" w:rsidRDefault="00000000" w:rsidP="00A4550A">
      <w:pPr>
        <w:spacing w:after="0" w:line="240" w:lineRule="auto"/>
        <w:jc w:val="both"/>
        <w:rPr>
          <w:rFonts w:ascii="Aktiv Grotesk Corp" w:hAnsi="Aktiv Grotesk Corp"/>
        </w:rPr>
      </w:pPr>
      <w:r w:rsidRPr="00A4550A">
        <w:rPr>
          <w:rFonts w:ascii="Aktiv Grotesk Corp" w:hAnsi="Aktiv Grotesk Corp"/>
          <w:noProof/>
        </w:rPr>
        <w:lastRenderedPageBreak/>
        <w:drawing>
          <wp:inline distT="0" distB="0" distL="0" distR="0" wp14:anchorId="09867823" wp14:editId="06BB98BB">
            <wp:extent cx="5688000" cy="7292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banner.png"/>
                    <pic:cNvPicPr/>
                  </pic:nvPicPr>
                  <pic:blipFill>
                    <a:blip r:embed="rId8"/>
                    <a:stretch>
                      <a:fillRect/>
                    </a:stretch>
                  </pic:blipFill>
                  <pic:spPr>
                    <a:xfrm>
                      <a:off x="0" y="0"/>
                      <a:ext cx="5688000" cy="729231"/>
                    </a:xfrm>
                    <a:prstGeom prst="rect">
                      <a:avLst/>
                    </a:prstGeom>
                  </pic:spPr>
                </pic:pic>
              </a:graphicData>
            </a:graphic>
          </wp:inline>
        </w:drawing>
      </w:r>
    </w:p>
    <w:p w14:paraId="3045F04E"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E22B2F"/>
          <w:lang w:val="fr-FR"/>
        </w:rPr>
        <w:t>INSCRIPTION</w:t>
      </w:r>
    </w:p>
    <w:p w14:paraId="0620A7D2" w14:textId="313E911F" w:rsidR="009C5FF7" w:rsidRPr="00A4550A" w:rsidRDefault="00A4550A" w:rsidP="00A4550A">
      <w:pPr>
        <w:pStyle w:val="Titre"/>
        <w:pBdr>
          <w:bottom w:val="single" w:sz="12" w:space="4" w:color="E22B2F"/>
        </w:pBdr>
        <w:spacing w:after="0"/>
        <w:jc w:val="both"/>
        <w:rPr>
          <w:rFonts w:ascii="Aktiv Grotesk Corp" w:hAnsi="Aktiv Grotesk Corp"/>
          <w:lang w:val="fr-FR"/>
        </w:rPr>
      </w:pPr>
      <w:r>
        <w:rPr>
          <w:rFonts w:ascii="Aktiv Grotesk Corp" w:hAnsi="Aktiv Grotesk Corp"/>
          <w:lang w:val="fr-FR"/>
        </w:rPr>
        <w:t>Inscription</w:t>
      </w:r>
    </w:p>
    <w:p w14:paraId="2DD2E1B5" w14:textId="77777777" w:rsidR="009C5FF7" w:rsidRPr="00A4550A" w:rsidRDefault="00000000" w:rsidP="00A4550A">
      <w:pPr>
        <w:pStyle w:val="Sous-titre"/>
        <w:spacing w:after="0" w:line="240" w:lineRule="auto"/>
        <w:jc w:val="both"/>
        <w:rPr>
          <w:rFonts w:ascii="Aktiv Grotesk Corp" w:hAnsi="Aktiv Grotesk Corp"/>
          <w:lang w:val="fr-FR"/>
        </w:rPr>
      </w:pPr>
      <w:r w:rsidRPr="00A4550A">
        <w:rPr>
          <w:rFonts w:ascii="Aktiv Grotesk Corp" w:hAnsi="Aktiv Grotesk Corp"/>
          <w:lang w:val="fr-FR"/>
        </w:rPr>
        <w:t>Merci de nous transmettre les éléments ci-dessous pour préparer au mieux les rencontres</w:t>
      </w:r>
    </w:p>
    <w:p w14:paraId="2DA4610C" w14:textId="77777777" w:rsidR="00A4550A" w:rsidRPr="009E2685" w:rsidRDefault="00A4550A" w:rsidP="00A4550A">
      <w:pPr>
        <w:pStyle w:val="Corpsdetexte"/>
        <w:spacing w:after="0" w:line="240" w:lineRule="auto"/>
        <w:jc w:val="both"/>
        <w:rPr>
          <w:rFonts w:ascii="Aktiv Grotesk Corp" w:hAnsi="Aktiv Grotesk Corp"/>
          <w:sz w:val="22"/>
          <w:lang w:val="fr-FR"/>
        </w:rPr>
      </w:pPr>
    </w:p>
    <w:p w14:paraId="7DFD8481" w14:textId="77777777" w:rsidR="009E2685" w:rsidRDefault="009E2685" w:rsidP="009E2685">
      <w:pPr>
        <w:pStyle w:val="Corpsdetexte"/>
        <w:spacing w:after="0"/>
        <w:jc w:val="both"/>
        <w:rPr>
          <w:rFonts w:ascii="Aktiv Grotesk Corp" w:hAnsi="Aktiv Grotesk Corp"/>
          <w:sz w:val="22"/>
          <w:lang w:val="fr-FR"/>
        </w:rPr>
      </w:pPr>
      <w:r w:rsidRPr="009E2685">
        <w:rPr>
          <w:rFonts w:ascii="Aktiv Grotesk Corp" w:hAnsi="Aktiv Grotesk Corp"/>
          <w:sz w:val="22"/>
          <w:lang w:val="fr-FR"/>
        </w:rPr>
        <w:t xml:space="preserve">Votre inscription est à confirmer auprès des trois interlocuteurs de la délégation : </w:t>
      </w:r>
    </w:p>
    <w:p w14:paraId="6D7040D9" w14:textId="77777777" w:rsidR="009E2685" w:rsidRDefault="009E2685" w:rsidP="009E2685">
      <w:pPr>
        <w:pStyle w:val="Corpsdetexte"/>
        <w:numPr>
          <w:ilvl w:val="0"/>
          <w:numId w:val="14"/>
        </w:numPr>
        <w:spacing w:after="0"/>
        <w:jc w:val="both"/>
        <w:rPr>
          <w:rFonts w:ascii="Aktiv Grotesk Corp" w:hAnsi="Aktiv Grotesk Corp"/>
          <w:sz w:val="22"/>
          <w:lang w:val="fr-FR"/>
        </w:rPr>
      </w:pPr>
      <w:r w:rsidRPr="009E2685">
        <w:rPr>
          <w:rFonts w:ascii="Aktiv Grotesk Corp" w:hAnsi="Aktiv Grotesk Corp"/>
          <w:b/>
          <w:bCs/>
          <w:sz w:val="22"/>
          <w:lang w:val="fr-FR"/>
        </w:rPr>
        <w:t>Leslie Rainaud – UPE06</w:t>
      </w:r>
      <w:r w:rsidRPr="009E2685">
        <w:rPr>
          <w:rFonts w:ascii="Aktiv Grotesk Corp" w:hAnsi="Aktiv Grotesk Corp"/>
          <w:sz w:val="22"/>
          <w:lang w:val="fr-FR"/>
        </w:rPr>
        <w:t xml:space="preserve"> (</w:t>
      </w:r>
      <w:hyperlink r:id="rId11" w:history="1">
        <w:r w:rsidRPr="009E2685">
          <w:rPr>
            <w:rStyle w:val="Lienhypertexte"/>
            <w:rFonts w:ascii="Aktiv Grotesk Corp" w:hAnsi="Aktiv Grotesk Corp"/>
            <w:sz w:val="22"/>
            <w:lang w:val="fr-FR"/>
          </w:rPr>
          <w:t>l.rainaud@upe06.com</w:t>
        </w:r>
      </w:hyperlink>
      <w:r w:rsidRPr="009E2685">
        <w:rPr>
          <w:rFonts w:ascii="Aktiv Grotesk Corp" w:hAnsi="Aktiv Grotesk Corp"/>
          <w:sz w:val="22"/>
          <w:lang w:val="fr-FR"/>
        </w:rPr>
        <w:t xml:space="preserve">), </w:t>
      </w:r>
    </w:p>
    <w:p w14:paraId="324EC615" w14:textId="77777777" w:rsidR="009E2685" w:rsidRDefault="009E2685" w:rsidP="009E2685">
      <w:pPr>
        <w:pStyle w:val="Corpsdetexte"/>
        <w:numPr>
          <w:ilvl w:val="0"/>
          <w:numId w:val="14"/>
        </w:numPr>
        <w:spacing w:after="0"/>
        <w:jc w:val="both"/>
        <w:rPr>
          <w:rFonts w:ascii="Aktiv Grotesk Corp" w:hAnsi="Aktiv Grotesk Corp"/>
          <w:sz w:val="22"/>
          <w:lang w:val="fr-FR"/>
        </w:rPr>
      </w:pPr>
      <w:r w:rsidRPr="009E2685">
        <w:rPr>
          <w:rFonts w:ascii="Aktiv Grotesk Corp" w:hAnsi="Aktiv Grotesk Corp"/>
          <w:b/>
          <w:bCs/>
          <w:sz w:val="22"/>
          <w:lang w:val="fr-FR"/>
        </w:rPr>
        <w:t xml:space="preserve">Jean-François </w:t>
      </w:r>
      <w:proofErr w:type="spellStart"/>
      <w:r w:rsidRPr="009E2685">
        <w:rPr>
          <w:rFonts w:ascii="Aktiv Grotesk Corp" w:hAnsi="Aktiv Grotesk Corp"/>
          <w:b/>
          <w:bCs/>
          <w:sz w:val="22"/>
          <w:lang w:val="fr-FR"/>
        </w:rPr>
        <w:t>Chapperon</w:t>
      </w:r>
      <w:proofErr w:type="spellEnd"/>
      <w:r w:rsidRPr="009E2685">
        <w:rPr>
          <w:rFonts w:ascii="Aktiv Grotesk Corp" w:hAnsi="Aktiv Grotesk Corp"/>
          <w:b/>
          <w:bCs/>
          <w:sz w:val="22"/>
          <w:lang w:val="fr-FR"/>
        </w:rPr>
        <w:t xml:space="preserve"> – Team Nice Côte d’Azur</w:t>
      </w:r>
      <w:r w:rsidRPr="009E2685">
        <w:rPr>
          <w:rFonts w:ascii="Aktiv Grotesk Corp" w:hAnsi="Aktiv Grotesk Corp"/>
          <w:sz w:val="22"/>
          <w:lang w:val="fr-FR"/>
        </w:rPr>
        <w:t xml:space="preserve"> (</w:t>
      </w:r>
      <w:hyperlink r:id="rId12" w:history="1">
        <w:r w:rsidRPr="009E2685">
          <w:rPr>
            <w:rStyle w:val="Lienhypertexte"/>
            <w:rFonts w:ascii="Aktiv Grotesk Corp" w:hAnsi="Aktiv Grotesk Corp"/>
            <w:sz w:val="22"/>
            <w:lang w:val="fr-FR"/>
          </w:rPr>
          <w:t>jfchapperon@tnca.fr</w:t>
        </w:r>
      </w:hyperlink>
      <w:r w:rsidRPr="009E2685">
        <w:rPr>
          <w:rFonts w:ascii="Aktiv Grotesk Corp" w:hAnsi="Aktiv Grotesk Corp"/>
          <w:sz w:val="22"/>
          <w:lang w:val="fr-FR"/>
        </w:rPr>
        <w:t>)</w:t>
      </w:r>
    </w:p>
    <w:p w14:paraId="2EA82A9C" w14:textId="16A97C8B" w:rsidR="009E2685" w:rsidRPr="009E2685" w:rsidRDefault="009E2685" w:rsidP="009E2685">
      <w:pPr>
        <w:pStyle w:val="Corpsdetexte"/>
        <w:numPr>
          <w:ilvl w:val="0"/>
          <w:numId w:val="14"/>
        </w:numPr>
        <w:spacing w:after="0"/>
        <w:jc w:val="both"/>
        <w:rPr>
          <w:rFonts w:ascii="Aktiv Grotesk Corp" w:hAnsi="Aktiv Grotesk Corp"/>
          <w:sz w:val="22"/>
          <w:lang w:val="en-GB"/>
        </w:rPr>
      </w:pPr>
      <w:r w:rsidRPr="009E2685">
        <w:rPr>
          <w:rFonts w:ascii="Aktiv Grotesk Corp" w:hAnsi="Aktiv Grotesk Corp"/>
          <w:b/>
          <w:bCs/>
          <w:sz w:val="22"/>
          <w:lang w:val="en-GB"/>
        </w:rPr>
        <w:t>Farouk Raïs –</w:t>
      </w:r>
      <w:r w:rsidRPr="009E2685">
        <w:rPr>
          <w:rFonts w:ascii="Aktiv Grotesk Corp" w:hAnsi="Aktiv Grotesk Corp"/>
          <w:b/>
          <w:bCs/>
          <w:sz w:val="22"/>
          <w:lang w:val="en-GB"/>
        </w:rPr>
        <w:t xml:space="preserve"> </w:t>
      </w:r>
      <w:r w:rsidRPr="009E2685">
        <w:rPr>
          <w:rFonts w:ascii="Aktiv Grotesk Corp" w:hAnsi="Aktiv Grotesk Corp"/>
          <w:b/>
          <w:bCs/>
          <w:sz w:val="22"/>
          <w:lang w:val="en-GB"/>
        </w:rPr>
        <w:t>French Tech Côte d’Azur</w:t>
      </w:r>
      <w:r w:rsidRPr="009E2685">
        <w:rPr>
          <w:rFonts w:ascii="Aktiv Grotesk Corp" w:hAnsi="Aktiv Grotesk Corp"/>
          <w:sz w:val="22"/>
          <w:lang w:val="en-GB"/>
        </w:rPr>
        <w:t xml:space="preserve"> (</w:t>
      </w:r>
      <w:hyperlink r:id="rId13" w:history="1">
        <w:r w:rsidRPr="009E2685">
          <w:rPr>
            <w:rStyle w:val="Lienhypertexte"/>
            <w:rFonts w:ascii="Aktiv Grotesk Corp" w:hAnsi="Aktiv Grotesk Corp"/>
            <w:sz w:val="22"/>
            <w:lang w:val="en-GB"/>
          </w:rPr>
          <w:t>directeur@frenchtechcotedazur.fr</w:t>
        </w:r>
      </w:hyperlink>
      <w:r w:rsidRPr="009E2685">
        <w:rPr>
          <w:rFonts w:ascii="Aktiv Grotesk Corp" w:hAnsi="Aktiv Grotesk Corp"/>
          <w:sz w:val="22"/>
          <w:lang w:val="en-GB"/>
        </w:rPr>
        <w:t xml:space="preserve">). </w:t>
      </w:r>
    </w:p>
    <w:p w14:paraId="7B75F421" w14:textId="77777777" w:rsidR="009E2685" w:rsidRPr="009E2685" w:rsidRDefault="009E2685" w:rsidP="00A4550A">
      <w:pPr>
        <w:pStyle w:val="Corpsdetexte"/>
        <w:spacing w:after="0" w:line="240" w:lineRule="auto"/>
        <w:jc w:val="both"/>
        <w:rPr>
          <w:rFonts w:ascii="Aktiv Grotesk Corp" w:hAnsi="Aktiv Grotesk Corp"/>
          <w:lang w:val="en-GB"/>
        </w:rPr>
      </w:pPr>
    </w:p>
    <w:p w14:paraId="0E299BFF" w14:textId="4D1D895F" w:rsidR="009C5FF7" w:rsidRDefault="00A4550A" w:rsidP="00A4550A">
      <w:pPr>
        <w:pStyle w:val="Corpsdetexte"/>
        <w:spacing w:after="0" w:line="240" w:lineRule="auto"/>
        <w:jc w:val="both"/>
        <w:rPr>
          <w:rFonts w:ascii="Aktiv Grotesk Corp" w:hAnsi="Aktiv Grotesk Corp"/>
          <w:sz w:val="22"/>
          <w:lang w:val="fr-FR"/>
        </w:rPr>
      </w:pPr>
      <w:r>
        <w:rPr>
          <w:rFonts w:ascii="Aktiv Grotesk Corp" w:hAnsi="Aktiv Grotesk Corp"/>
          <w:sz w:val="22"/>
          <w:lang w:val="fr-FR"/>
        </w:rPr>
        <w:t>Votre inscription permet</w:t>
      </w:r>
      <w:r w:rsidR="00000000" w:rsidRPr="00A4550A">
        <w:rPr>
          <w:rFonts w:ascii="Aktiv Grotesk Corp" w:hAnsi="Aktiv Grotesk Corp"/>
          <w:sz w:val="22"/>
          <w:lang w:val="fr-FR"/>
        </w:rPr>
        <w:t xml:space="preserve"> la préparation du programme et des mises en relation. Elle ne vaut inscription définitive qu’après confirmation des conditions logistiques et organisationnelles.</w:t>
      </w:r>
    </w:p>
    <w:p w14:paraId="10DAB0FF" w14:textId="77777777" w:rsidR="00A4550A" w:rsidRPr="00A4550A" w:rsidRDefault="00A4550A" w:rsidP="00A4550A">
      <w:pPr>
        <w:pStyle w:val="Corpsdetexte"/>
        <w:spacing w:after="0" w:line="240" w:lineRule="auto"/>
        <w:jc w:val="both"/>
        <w:rPr>
          <w:rFonts w:ascii="Aktiv Grotesk Corp" w:hAnsi="Aktiv Grotesk Corp"/>
          <w:sz w:val="22"/>
          <w:lang w:val="fr-FR"/>
        </w:rPr>
      </w:pPr>
    </w:p>
    <w:p w14:paraId="6D5244CD" w14:textId="77777777" w:rsidR="009C5FF7"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Votre entreprise et votre représentant</w:t>
      </w:r>
    </w:p>
    <w:p w14:paraId="2F6106FF" w14:textId="77777777" w:rsidR="0087559F" w:rsidRPr="0087559F" w:rsidRDefault="0087559F" w:rsidP="0087559F">
      <w:pPr>
        <w:rPr>
          <w:lang w:val="fr-FR"/>
        </w:rPr>
      </w:pPr>
    </w:p>
    <w:p w14:paraId="08264B09" w14:textId="77777777" w:rsidR="009C5FF7" w:rsidRPr="009E2685" w:rsidRDefault="00000000" w:rsidP="00A4550A">
      <w:pPr>
        <w:spacing w:after="0" w:line="240" w:lineRule="auto"/>
        <w:jc w:val="both"/>
        <w:rPr>
          <w:rFonts w:ascii="Aktiv Grotesk Corp" w:hAnsi="Aktiv Grotesk Corp"/>
          <w:sz w:val="22"/>
          <w:lang w:val="fr-FR"/>
        </w:rPr>
      </w:pPr>
      <w:r w:rsidRPr="009E2685">
        <w:rPr>
          <w:rFonts w:ascii="Aktiv Grotesk Corp" w:hAnsi="Aktiv Grotesk Corp"/>
          <w:sz w:val="22"/>
          <w:lang w:val="fr-FR"/>
        </w:rPr>
        <w:t>Entreprise et site internet : ................................................................................................................</w:t>
      </w:r>
    </w:p>
    <w:p w14:paraId="401954BD" w14:textId="77777777" w:rsidR="009C5FF7" w:rsidRPr="009E2685" w:rsidRDefault="00000000" w:rsidP="00A4550A">
      <w:pPr>
        <w:spacing w:after="0" w:line="240" w:lineRule="auto"/>
        <w:jc w:val="both"/>
        <w:rPr>
          <w:rFonts w:ascii="Aktiv Grotesk Corp" w:hAnsi="Aktiv Grotesk Corp"/>
          <w:sz w:val="22"/>
          <w:lang w:val="fr-FR"/>
        </w:rPr>
      </w:pPr>
      <w:r w:rsidRPr="009E2685">
        <w:rPr>
          <w:rFonts w:ascii="Aktiv Grotesk Corp" w:hAnsi="Aktiv Grotesk Corp"/>
          <w:sz w:val="22"/>
          <w:lang w:val="fr-FR"/>
        </w:rPr>
        <w:t>Activité / secteur : ................................................................................................................................</w:t>
      </w:r>
    </w:p>
    <w:p w14:paraId="26D4A08B" w14:textId="77777777" w:rsidR="009C5FF7" w:rsidRPr="009E2685" w:rsidRDefault="00000000" w:rsidP="00A4550A">
      <w:pPr>
        <w:spacing w:after="0" w:line="240" w:lineRule="auto"/>
        <w:jc w:val="both"/>
        <w:rPr>
          <w:rFonts w:ascii="Aktiv Grotesk Corp" w:hAnsi="Aktiv Grotesk Corp"/>
          <w:sz w:val="22"/>
          <w:lang w:val="fr-FR"/>
        </w:rPr>
      </w:pPr>
      <w:r w:rsidRPr="009E2685">
        <w:rPr>
          <w:rFonts w:ascii="Aktiv Grotesk Corp" w:hAnsi="Aktiv Grotesk Corp"/>
          <w:sz w:val="22"/>
          <w:lang w:val="fr-FR"/>
        </w:rPr>
        <w:t>Nom et prénom du participant : ............................................................................................................</w:t>
      </w:r>
    </w:p>
    <w:p w14:paraId="461FABB8" w14:textId="77777777" w:rsidR="009C5FF7" w:rsidRPr="009E2685" w:rsidRDefault="00000000" w:rsidP="00A4550A">
      <w:pPr>
        <w:spacing w:after="0" w:line="240" w:lineRule="auto"/>
        <w:jc w:val="both"/>
        <w:rPr>
          <w:rFonts w:ascii="Aktiv Grotesk Corp" w:hAnsi="Aktiv Grotesk Corp"/>
          <w:sz w:val="22"/>
          <w:lang w:val="fr-FR"/>
        </w:rPr>
      </w:pPr>
      <w:r w:rsidRPr="009E2685">
        <w:rPr>
          <w:rFonts w:ascii="Aktiv Grotesk Corp" w:hAnsi="Aktiv Grotesk Corp"/>
          <w:sz w:val="22"/>
          <w:lang w:val="fr-FR"/>
        </w:rPr>
        <w:t>Fonction : ...............................................................................................................................................</w:t>
      </w:r>
    </w:p>
    <w:p w14:paraId="480B86AA" w14:textId="77777777" w:rsidR="009C5FF7" w:rsidRPr="009E2685" w:rsidRDefault="00000000" w:rsidP="00A4550A">
      <w:pPr>
        <w:spacing w:after="0" w:line="240" w:lineRule="auto"/>
        <w:jc w:val="both"/>
        <w:rPr>
          <w:rFonts w:ascii="Aktiv Grotesk Corp" w:hAnsi="Aktiv Grotesk Corp"/>
          <w:sz w:val="22"/>
          <w:lang w:val="fr-FR"/>
        </w:rPr>
      </w:pPr>
      <w:proofErr w:type="gramStart"/>
      <w:r w:rsidRPr="009E2685">
        <w:rPr>
          <w:rFonts w:ascii="Aktiv Grotesk Corp" w:hAnsi="Aktiv Grotesk Corp"/>
          <w:sz w:val="22"/>
          <w:lang w:val="fr-FR"/>
        </w:rPr>
        <w:t>E-mail</w:t>
      </w:r>
      <w:proofErr w:type="gramEnd"/>
      <w:r w:rsidRPr="009E2685">
        <w:rPr>
          <w:rFonts w:ascii="Aktiv Grotesk Corp" w:hAnsi="Aktiv Grotesk Corp"/>
          <w:sz w:val="22"/>
          <w:lang w:val="fr-FR"/>
        </w:rPr>
        <w:t xml:space="preserve"> : .............................................................................  Téléphone : ............................................</w:t>
      </w:r>
    </w:p>
    <w:p w14:paraId="77DFCBAF" w14:textId="77777777" w:rsidR="009E2685" w:rsidRDefault="009E2685" w:rsidP="00A4550A">
      <w:pPr>
        <w:pStyle w:val="Titre2"/>
        <w:spacing w:before="0" w:line="240" w:lineRule="auto"/>
        <w:jc w:val="both"/>
        <w:rPr>
          <w:rFonts w:ascii="Aktiv Grotesk Corp" w:hAnsi="Aktiv Grotesk Corp"/>
          <w:lang w:val="fr-FR"/>
        </w:rPr>
      </w:pPr>
    </w:p>
    <w:p w14:paraId="7D39F2E8" w14:textId="2E75CA54" w:rsidR="009C5FF7"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Vos objectifs prioritaires</w:t>
      </w:r>
    </w:p>
    <w:p w14:paraId="0BA00F11" w14:textId="77777777" w:rsidR="0087559F" w:rsidRPr="0087559F" w:rsidRDefault="0087559F" w:rsidP="0087559F">
      <w:pPr>
        <w:rPr>
          <w:lang w:val="fr-FR"/>
        </w:rPr>
      </w:pPr>
    </w:p>
    <w:p w14:paraId="3328B59A"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b/>
          <w:sz w:val="22"/>
          <w:lang w:val="fr-FR"/>
        </w:rPr>
        <w:t>Objectifs : prospection / client / distributeur ou intégrateur / partenariat industriel ou technologique / investissement / implantation / R&amp;D / autre :</w:t>
      </w:r>
    </w:p>
    <w:p w14:paraId="3BCBB095"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sz w:val="22"/>
          <w:lang w:val="fr-FR"/>
        </w:rPr>
        <w:t>....................................................................................................................................................................</w:t>
      </w:r>
    </w:p>
    <w:p w14:paraId="10422397"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b/>
          <w:sz w:val="22"/>
          <w:lang w:val="fr-FR"/>
        </w:rPr>
        <w:t>Domaines d’intérêt / filières :</w:t>
      </w:r>
    </w:p>
    <w:p w14:paraId="545C1B11"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sz w:val="22"/>
          <w:lang w:val="fr-FR"/>
        </w:rPr>
        <w:t>....................................................................................................................................................................</w:t>
      </w:r>
    </w:p>
    <w:p w14:paraId="6C873264"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b/>
          <w:sz w:val="22"/>
          <w:lang w:val="fr-FR"/>
        </w:rPr>
        <w:t>Institutions, entreprises ou investisseurs recherchés :</w:t>
      </w:r>
    </w:p>
    <w:p w14:paraId="19A510A7"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sz w:val="22"/>
          <w:lang w:val="fr-FR"/>
        </w:rPr>
        <w:t>....................................................................................................................................................................</w:t>
      </w:r>
    </w:p>
    <w:p w14:paraId="6C7CA6EA"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b/>
          <w:sz w:val="22"/>
          <w:lang w:val="fr-FR"/>
        </w:rPr>
        <w:t>Présence ou expérience en Italie :</w:t>
      </w:r>
    </w:p>
    <w:p w14:paraId="051C4D75"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sz w:val="22"/>
          <w:lang w:val="fr-FR"/>
        </w:rPr>
        <w:t>....................................................................................................................................................................</w:t>
      </w:r>
    </w:p>
    <w:p w14:paraId="29D42B17"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b/>
          <w:sz w:val="22"/>
          <w:lang w:val="fr-FR"/>
        </w:rPr>
        <w:t>Projet envisagé et calendrier :</w:t>
      </w:r>
    </w:p>
    <w:p w14:paraId="4B85E3ED" w14:textId="77777777" w:rsidR="009C5FF7" w:rsidRPr="0087559F" w:rsidRDefault="00000000" w:rsidP="00A4550A">
      <w:pPr>
        <w:spacing w:after="0" w:line="240" w:lineRule="auto"/>
        <w:jc w:val="both"/>
        <w:rPr>
          <w:rFonts w:ascii="Aktiv Grotesk Corp" w:hAnsi="Aktiv Grotesk Corp"/>
          <w:sz w:val="22"/>
          <w:lang w:val="fr-FR"/>
        </w:rPr>
      </w:pPr>
      <w:r w:rsidRPr="0087559F">
        <w:rPr>
          <w:rFonts w:ascii="Aktiv Grotesk Corp" w:hAnsi="Aktiv Grotesk Corp"/>
          <w:sz w:val="22"/>
          <w:lang w:val="fr-FR"/>
        </w:rPr>
        <w:t>....................................................................................................................................................................</w:t>
      </w:r>
    </w:p>
    <w:p w14:paraId="15481522" w14:textId="77777777" w:rsidR="009E2685" w:rsidRPr="0087559F" w:rsidRDefault="009E2685" w:rsidP="00A4550A">
      <w:pPr>
        <w:pStyle w:val="Titre2"/>
        <w:spacing w:before="0" w:line="240" w:lineRule="auto"/>
        <w:jc w:val="both"/>
        <w:rPr>
          <w:rFonts w:ascii="Aktiv Grotesk Corp" w:hAnsi="Aktiv Grotesk Corp"/>
          <w:sz w:val="22"/>
          <w:szCs w:val="22"/>
          <w:lang w:val="fr-FR"/>
        </w:rPr>
      </w:pPr>
    </w:p>
    <w:p w14:paraId="6A85DB61" w14:textId="5F95EA3D" w:rsidR="009C5FF7" w:rsidRDefault="00000000" w:rsidP="00A4550A">
      <w:pPr>
        <w:pStyle w:val="Titre2"/>
        <w:spacing w:before="0" w:line="240" w:lineRule="auto"/>
        <w:jc w:val="both"/>
        <w:rPr>
          <w:rFonts w:ascii="Aktiv Grotesk Corp" w:hAnsi="Aktiv Grotesk Corp"/>
          <w:lang w:val="fr-FR"/>
        </w:rPr>
      </w:pPr>
      <w:r w:rsidRPr="00A4550A">
        <w:rPr>
          <w:rFonts w:ascii="Aktiv Grotesk Corp" w:hAnsi="Aktiv Grotesk Corp"/>
          <w:lang w:val="fr-FR"/>
        </w:rPr>
        <w:t>Vos besoins logistiques</w:t>
      </w:r>
    </w:p>
    <w:p w14:paraId="5ED2E990" w14:textId="77777777" w:rsidR="0087559F" w:rsidRPr="0087559F" w:rsidRDefault="0087559F" w:rsidP="0087559F">
      <w:pPr>
        <w:rPr>
          <w:lang w:val="fr-FR"/>
        </w:rPr>
      </w:pPr>
    </w:p>
    <w:p w14:paraId="2C3E01BD" w14:textId="77777777" w:rsidR="009C5FF7" w:rsidRPr="009E2685" w:rsidRDefault="00000000" w:rsidP="009E2685">
      <w:pPr>
        <w:pStyle w:val="Listepuces"/>
        <w:numPr>
          <w:ilvl w:val="0"/>
          <w:numId w:val="13"/>
        </w:numPr>
        <w:spacing w:after="0" w:line="240" w:lineRule="auto"/>
        <w:jc w:val="both"/>
        <w:rPr>
          <w:rFonts w:ascii="Aktiv Grotesk Corp" w:hAnsi="Aktiv Grotesk Corp"/>
          <w:sz w:val="22"/>
          <w:lang w:val="fr-FR"/>
        </w:rPr>
      </w:pPr>
      <w:r w:rsidRPr="009E2685">
        <w:rPr>
          <w:rFonts w:ascii="Aktiv Grotesk Corp" w:hAnsi="Aktiv Grotesk Corp"/>
          <w:sz w:val="22"/>
          <w:lang w:val="fr-FR"/>
        </w:rPr>
        <w:t xml:space="preserve">Participation : </w:t>
      </w:r>
      <w:r w:rsidRPr="009E2685">
        <w:rPr>
          <w:rFonts w:ascii="Arial" w:hAnsi="Arial" w:cs="Arial"/>
          <w:sz w:val="22"/>
          <w:lang w:val="fr-FR"/>
        </w:rPr>
        <w:t>□</w:t>
      </w:r>
      <w:r w:rsidRPr="009E2685">
        <w:rPr>
          <w:rFonts w:ascii="Aktiv Grotesk Corp" w:hAnsi="Aktiv Grotesk Corp"/>
          <w:sz w:val="22"/>
          <w:lang w:val="fr-FR"/>
        </w:rPr>
        <w:t xml:space="preserve"> Rome et Pescara   </w:t>
      </w:r>
      <w:r w:rsidRPr="009E2685">
        <w:rPr>
          <w:rFonts w:ascii="Arial" w:hAnsi="Arial" w:cs="Arial"/>
          <w:sz w:val="22"/>
          <w:lang w:val="fr-FR"/>
        </w:rPr>
        <w:t>□</w:t>
      </w:r>
      <w:r w:rsidRPr="009E2685">
        <w:rPr>
          <w:rFonts w:ascii="Aktiv Grotesk Corp" w:hAnsi="Aktiv Grotesk Corp"/>
          <w:sz w:val="22"/>
          <w:lang w:val="fr-FR"/>
        </w:rPr>
        <w:t xml:space="preserve"> Rome uniquement   </w:t>
      </w:r>
      <w:r w:rsidRPr="009E2685">
        <w:rPr>
          <w:rFonts w:ascii="Arial" w:hAnsi="Arial" w:cs="Arial"/>
          <w:sz w:val="22"/>
          <w:lang w:val="fr-FR"/>
        </w:rPr>
        <w:t>□</w:t>
      </w:r>
      <w:r w:rsidRPr="009E2685">
        <w:rPr>
          <w:rFonts w:ascii="Aktiv Grotesk Corp" w:hAnsi="Aktiv Grotesk Corp"/>
          <w:sz w:val="22"/>
          <w:lang w:val="fr-FR"/>
        </w:rPr>
        <w:t xml:space="preserve"> Pescara uniquement</w:t>
      </w:r>
    </w:p>
    <w:p w14:paraId="61D57FE8" w14:textId="77777777" w:rsidR="009C5FF7" w:rsidRPr="009E2685" w:rsidRDefault="00000000" w:rsidP="009E2685">
      <w:pPr>
        <w:pStyle w:val="Listepuces"/>
        <w:numPr>
          <w:ilvl w:val="0"/>
          <w:numId w:val="13"/>
        </w:numPr>
        <w:spacing w:after="0" w:line="240" w:lineRule="auto"/>
        <w:jc w:val="both"/>
        <w:rPr>
          <w:rFonts w:ascii="Aktiv Grotesk Corp" w:hAnsi="Aktiv Grotesk Corp"/>
          <w:sz w:val="22"/>
          <w:lang w:val="fr-FR"/>
        </w:rPr>
      </w:pPr>
      <w:r w:rsidRPr="009E2685">
        <w:rPr>
          <w:rFonts w:ascii="Aktiv Grotesk Corp" w:hAnsi="Aktiv Grotesk Corp"/>
          <w:sz w:val="22"/>
          <w:lang w:val="fr-FR"/>
        </w:rPr>
        <w:t xml:space="preserve">Vols : </w:t>
      </w:r>
      <w:r w:rsidRPr="009E2685">
        <w:rPr>
          <w:rFonts w:ascii="Arial" w:hAnsi="Arial" w:cs="Arial"/>
          <w:sz w:val="22"/>
          <w:lang w:val="fr-FR"/>
        </w:rPr>
        <w:t>□</w:t>
      </w:r>
      <w:r w:rsidRPr="009E2685">
        <w:rPr>
          <w:rFonts w:ascii="Aktiv Grotesk Corp" w:hAnsi="Aktiv Grotesk Corp"/>
          <w:sz w:val="22"/>
          <w:lang w:val="fr-FR"/>
        </w:rPr>
        <w:t xml:space="preserve"> r</w:t>
      </w:r>
      <w:r w:rsidRPr="009E2685">
        <w:rPr>
          <w:rFonts w:ascii="Aktiv Grotesk Corp" w:hAnsi="Aktiv Grotesk Corp" w:cs="Aktiv Grotesk Corp"/>
          <w:sz w:val="22"/>
          <w:lang w:val="fr-FR"/>
        </w:rPr>
        <w:t>é</w:t>
      </w:r>
      <w:r w:rsidRPr="009E2685">
        <w:rPr>
          <w:rFonts w:ascii="Aktiv Grotesk Corp" w:hAnsi="Aktiv Grotesk Corp"/>
          <w:sz w:val="22"/>
          <w:lang w:val="fr-FR"/>
        </w:rPr>
        <w:t xml:space="preserve">servation Galaxy Voyages   </w:t>
      </w:r>
      <w:r w:rsidRPr="009E2685">
        <w:rPr>
          <w:rFonts w:ascii="Arial" w:hAnsi="Arial" w:cs="Arial"/>
          <w:sz w:val="22"/>
          <w:lang w:val="fr-FR"/>
        </w:rPr>
        <w:t>□</w:t>
      </w:r>
      <w:r w:rsidRPr="009E2685">
        <w:rPr>
          <w:rFonts w:ascii="Aktiv Grotesk Corp" w:hAnsi="Aktiv Grotesk Corp"/>
          <w:sz w:val="22"/>
          <w:lang w:val="fr-FR"/>
        </w:rPr>
        <w:t xml:space="preserve"> centrale de r</w:t>
      </w:r>
      <w:r w:rsidRPr="009E2685">
        <w:rPr>
          <w:rFonts w:ascii="Aktiv Grotesk Corp" w:hAnsi="Aktiv Grotesk Corp" w:cs="Aktiv Grotesk Corp"/>
          <w:sz w:val="22"/>
          <w:lang w:val="fr-FR"/>
        </w:rPr>
        <w:t>é</w:t>
      </w:r>
      <w:r w:rsidRPr="009E2685">
        <w:rPr>
          <w:rFonts w:ascii="Aktiv Grotesk Corp" w:hAnsi="Aktiv Grotesk Corp"/>
          <w:sz w:val="22"/>
          <w:lang w:val="fr-FR"/>
        </w:rPr>
        <w:t>servation propre</w:t>
      </w:r>
    </w:p>
    <w:p w14:paraId="5698D5B9" w14:textId="77777777" w:rsidR="009C5FF7" w:rsidRPr="009E2685" w:rsidRDefault="00000000" w:rsidP="009E2685">
      <w:pPr>
        <w:pStyle w:val="Listepuces"/>
        <w:numPr>
          <w:ilvl w:val="0"/>
          <w:numId w:val="13"/>
        </w:numPr>
        <w:spacing w:after="0" w:line="240" w:lineRule="auto"/>
        <w:jc w:val="both"/>
        <w:rPr>
          <w:rFonts w:ascii="Aktiv Grotesk Corp" w:hAnsi="Aktiv Grotesk Corp"/>
          <w:sz w:val="22"/>
          <w:lang w:val="fr-FR"/>
        </w:rPr>
      </w:pPr>
      <w:r w:rsidRPr="009E2685">
        <w:rPr>
          <w:rFonts w:ascii="Aktiv Grotesk Corp" w:hAnsi="Aktiv Grotesk Corp"/>
          <w:sz w:val="22"/>
          <w:lang w:val="fr-FR"/>
        </w:rPr>
        <w:t xml:space="preserve">Hébergement : </w:t>
      </w:r>
      <w:r w:rsidRPr="009E2685">
        <w:rPr>
          <w:rFonts w:ascii="Arial" w:hAnsi="Arial" w:cs="Arial"/>
          <w:sz w:val="22"/>
          <w:lang w:val="fr-FR"/>
        </w:rPr>
        <w:t>□</w:t>
      </w:r>
      <w:r w:rsidRPr="009E2685">
        <w:rPr>
          <w:rFonts w:ascii="Aktiv Grotesk Corp" w:hAnsi="Aktiv Grotesk Corp"/>
          <w:sz w:val="22"/>
          <w:lang w:val="fr-FR"/>
        </w:rPr>
        <w:t xml:space="preserve"> r</w:t>
      </w:r>
      <w:r w:rsidRPr="009E2685">
        <w:rPr>
          <w:rFonts w:ascii="Aktiv Grotesk Corp" w:hAnsi="Aktiv Grotesk Corp" w:cs="Aktiv Grotesk Corp"/>
          <w:sz w:val="22"/>
          <w:lang w:val="fr-FR"/>
        </w:rPr>
        <w:t>é</w:t>
      </w:r>
      <w:r w:rsidRPr="009E2685">
        <w:rPr>
          <w:rFonts w:ascii="Aktiv Grotesk Corp" w:hAnsi="Aktiv Grotesk Corp"/>
          <w:sz w:val="22"/>
          <w:lang w:val="fr-FR"/>
        </w:rPr>
        <w:t xml:space="preserve">servation Galaxy Voyages   </w:t>
      </w:r>
      <w:r w:rsidRPr="009E2685">
        <w:rPr>
          <w:rFonts w:ascii="Arial" w:hAnsi="Arial" w:cs="Arial"/>
          <w:sz w:val="22"/>
          <w:lang w:val="fr-FR"/>
        </w:rPr>
        <w:t>□</w:t>
      </w:r>
      <w:r w:rsidRPr="009E2685">
        <w:rPr>
          <w:rFonts w:ascii="Aktiv Grotesk Corp" w:hAnsi="Aktiv Grotesk Corp"/>
          <w:sz w:val="22"/>
          <w:lang w:val="fr-FR"/>
        </w:rPr>
        <w:t xml:space="preserve"> centrale de r</w:t>
      </w:r>
      <w:r w:rsidRPr="009E2685">
        <w:rPr>
          <w:rFonts w:ascii="Aktiv Grotesk Corp" w:hAnsi="Aktiv Grotesk Corp" w:cs="Aktiv Grotesk Corp"/>
          <w:sz w:val="22"/>
          <w:lang w:val="fr-FR"/>
        </w:rPr>
        <w:t>é</w:t>
      </w:r>
      <w:r w:rsidRPr="009E2685">
        <w:rPr>
          <w:rFonts w:ascii="Aktiv Grotesk Corp" w:hAnsi="Aktiv Grotesk Corp"/>
          <w:sz w:val="22"/>
          <w:lang w:val="fr-FR"/>
        </w:rPr>
        <w:t>servation propre</w:t>
      </w:r>
    </w:p>
    <w:p w14:paraId="404C105F" w14:textId="77777777" w:rsidR="009C5FF7" w:rsidRPr="009E2685" w:rsidRDefault="00000000" w:rsidP="009E2685">
      <w:pPr>
        <w:pStyle w:val="Listepuces"/>
        <w:numPr>
          <w:ilvl w:val="0"/>
          <w:numId w:val="13"/>
        </w:numPr>
        <w:spacing w:after="0" w:line="240" w:lineRule="auto"/>
        <w:jc w:val="both"/>
        <w:rPr>
          <w:rFonts w:ascii="Aktiv Grotesk Corp" w:hAnsi="Aktiv Grotesk Corp"/>
          <w:sz w:val="22"/>
        </w:rPr>
      </w:pPr>
      <w:proofErr w:type="gramStart"/>
      <w:r w:rsidRPr="009E2685">
        <w:rPr>
          <w:rFonts w:ascii="Aktiv Grotesk Corp" w:hAnsi="Aktiv Grotesk Corp"/>
          <w:sz w:val="22"/>
        </w:rPr>
        <w:t>Transports</w:t>
      </w:r>
      <w:proofErr w:type="gramEnd"/>
      <w:r w:rsidRPr="009E2685">
        <w:rPr>
          <w:rFonts w:ascii="Aktiv Grotesk Corp" w:hAnsi="Aktiv Grotesk Corp"/>
          <w:sz w:val="22"/>
        </w:rPr>
        <w:t xml:space="preserve"> </w:t>
      </w:r>
      <w:proofErr w:type="spellStart"/>
      <w:r w:rsidRPr="009E2685">
        <w:rPr>
          <w:rFonts w:ascii="Aktiv Grotesk Corp" w:hAnsi="Aktiv Grotesk Corp"/>
          <w:sz w:val="22"/>
        </w:rPr>
        <w:t>routiers</w:t>
      </w:r>
      <w:proofErr w:type="spellEnd"/>
      <w:r w:rsidRPr="009E2685">
        <w:rPr>
          <w:rFonts w:ascii="Aktiv Grotesk Corp" w:hAnsi="Aktiv Grotesk Corp"/>
          <w:sz w:val="22"/>
        </w:rPr>
        <w:t xml:space="preserve"> / </w:t>
      </w:r>
      <w:proofErr w:type="gramStart"/>
      <w:r w:rsidRPr="009E2685">
        <w:rPr>
          <w:rFonts w:ascii="Aktiv Grotesk Corp" w:hAnsi="Aktiv Grotesk Corp"/>
          <w:sz w:val="22"/>
        </w:rPr>
        <w:t>vans :</w:t>
      </w:r>
      <w:proofErr w:type="gramEnd"/>
      <w:r w:rsidRPr="009E2685">
        <w:rPr>
          <w:rFonts w:ascii="Aktiv Grotesk Corp" w:hAnsi="Aktiv Grotesk Corp"/>
          <w:sz w:val="22"/>
        </w:rPr>
        <w:t xml:space="preserve"> </w:t>
      </w:r>
      <w:r w:rsidRPr="009E2685">
        <w:rPr>
          <w:rFonts w:ascii="Arial" w:hAnsi="Arial" w:cs="Arial"/>
          <w:sz w:val="22"/>
        </w:rPr>
        <w:t>□</w:t>
      </w:r>
      <w:r w:rsidRPr="009E2685">
        <w:rPr>
          <w:rFonts w:ascii="Aktiv Grotesk Corp" w:hAnsi="Aktiv Grotesk Corp"/>
          <w:sz w:val="22"/>
        </w:rPr>
        <w:t xml:space="preserve"> oui   </w:t>
      </w:r>
      <w:r w:rsidRPr="009E2685">
        <w:rPr>
          <w:rFonts w:ascii="Arial" w:hAnsi="Arial" w:cs="Arial"/>
          <w:sz w:val="22"/>
        </w:rPr>
        <w:t>□</w:t>
      </w:r>
      <w:r w:rsidRPr="009E2685">
        <w:rPr>
          <w:rFonts w:ascii="Aktiv Grotesk Corp" w:hAnsi="Aktiv Grotesk Corp"/>
          <w:sz w:val="22"/>
        </w:rPr>
        <w:t xml:space="preserve"> non</w:t>
      </w:r>
    </w:p>
    <w:p w14:paraId="411CD125" w14:textId="77777777" w:rsidR="009C5FF7" w:rsidRDefault="00000000" w:rsidP="009E2685">
      <w:pPr>
        <w:pStyle w:val="Listepuces"/>
        <w:numPr>
          <w:ilvl w:val="0"/>
          <w:numId w:val="13"/>
        </w:numPr>
        <w:spacing w:after="0" w:line="240" w:lineRule="auto"/>
        <w:jc w:val="both"/>
        <w:rPr>
          <w:rFonts w:ascii="Aktiv Grotesk Corp" w:hAnsi="Aktiv Grotesk Corp"/>
          <w:sz w:val="22"/>
        </w:rPr>
      </w:pPr>
      <w:r w:rsidRPr="009E2685">
        <w:rPr>
          <w:rFonts w:ascii="Aktiv Grotesk Corp" w:hAnsi="Aktiv Grotesk Corp"/>
          <w:sz w:val="22"/>
        </w:rPr>
        <w:t xml:space="preserve">Besoins ou contraintes </w:t>
      </w:r>
      <w:proofErr w:type="gramStart"/>
      <w:r w:rsidRPr="009E2685">
        <w:rPr>
          <w:rFonts w:ascii="Aktiv Grotesk Corp" w:hAnsi="Aktiv Grotesk Corp"/>
          <w:sz w:val="22"/>
        </w:rPr>
        <w:t>particulières :</w:t>
      </w:r>
      <w:proofErr w:type="gramEnd"/>
      <w:r w:rsidRPr="009E2685">
        <w:rPr>
          <w:rFonts w:ascii="Aktiv Grotesk Corp" w:hAnsi="Aktiv Grotesk Corp"/>
          <w:sz w:val="22"/>
        </w:rPr>
        <w:t xml:space="preserve"> ................................................................................................</w:t>
      </w:r>
    </w:p>
    <w:p w14:paraId="1078E7EB" w14:textId="77777777" w:rsidR="009E2685" w:rsidRPr="009E2685" w:rsidRDefault="009E2685" w:rsidP="0087559F">
      <w:pPr>
        <w:pStyle w:val="Listepuces"/>
        <w:numPr>
          <w:ilvl w:val="0"/>
          <w:numId w:val="0"/>
        </w:numPr>
        <w:spacing w:after="0" w:line="240" w:lineRule="auto"/>
        <w:jc w:val="both"/>
        <w:rPr>
          <w:rFonts w:ascii="Aktiv Grotesk Corp" w:hAnsi="Aktiv Grotesk Corp"/>
          <w:sz w:val="22"/>
        </w:rPr>
      </w:pPr>
    </w:p>
    <w:tbl>
      <w:tblPr>
        <w:tblW w:w="0" w:type="auto"/>
        <w:jc w:val="center"/>
        <w:tblLayout w:type="fixed"/>
        <w:tblLook w:val="04A0" w:firstRow="1" w:lastRow="0" w:firstColumn="1" w:lastColumn="0" w:noHBand="0" w:noVBand="1"/>
      </w:tblPr>
      <w:tblGrid>
        <w:gridCol w:w="10312"/>
      </w:tblGrid>
      <w:tr w:rsidR="009C5FF7" w:rsidRPr="00A4550A" w14:paraId="02E4CC7C" w14:textId="77777777">
        <w:trPr>
          <w:jc w:val="center"/>
        </w:trPr>
        <w:tc>
          <w:tcPr>
            <w:tcW w:w="10312" w:type="dxa"/>
            <w:shd w:val="clear" w:color="auto" w:fill="EAF5F8"/>
            <w:tcMar>
              <w:top w:w="130" w:type="dxa"/>
              <w:left w:w="160" w:type="dxa"/>
              <w:bottom w:w="130" w:type="dxa"/>
              <w:right w:w="160" w:type="dxa"/>
            </w:tcMar>
          </w:tcPr>
          <w:p w14:paraId="099060F8" w14:textId="77777777" w:rsidR="009C5FF7" w:rsidRPr="00A4550A" w:rsidRDefault="00000000" w:rsidP="00A4550A">
            <w:pPr>
              <w:spacing w:after="0" w:line="240" w:lineRule="auto"/>
              <w:jc w:val="both"/>
              <w:rPr>
                <w:rFonts w:ascii="Aktiv Grotesk Corp" w:hAnsi="Aktiv Grotesk Corp"/>
                <w:lang w:val="fr-FR"/>
              </w:rPr>
            </w:pPr>
            <w:r w:rsidRPr="00A4550A">
              <w:rPr>
                <w:rFonts w:ascii="Aktiv Grotesk Corp" w:hAnsi="Aktiv Grotesk Corp"/>
                <w:b/>
                <w:color w:val="162C5B"/>
                <w:sz w:val="20"/>
                <w:lang w:val="fr-FR"/>
              </w:rPr>
              <w:t>Merci de joindre une présentation synthétique de votre entreprise, idéalement en anglais ou en italien, afin de faciliter la préparation des rendez-vous avec les partenaires italiens.</w:t>
            </w:r>
          </w:p>
        </w:tc>
      </w:tr>
    </w:tbl>
    <w:p w14:paraId="1E8561FA" w14:textId="77777777" w:rsidR="009C5FF7" w:rsidRPr="00A4550A" w:rsidRDefault="009C5FF7" w:rsidP="00A4550A">
      <w:pPr>
        <w:spacing w:after="0" w:line="240" w:lineRule="auto"/>
        <w:jc w:val="both"/>
        <w:rPr>
          <w:rFonts w:ascii="Aktiv Grotesk Corp" w:hAnsi="Aktiv Grotesk Corp"/>
          <w:lang w:val="fr-FR"/>
        </w:rPr>
      </w:pPr>
    </w:p>
    <w:p w14:paraId="7E0C7EBF" w14:textId="5C5710C1" w:rsidR="009C5FF7" w:rsidRPr="00A4550A" w:rsidRDefault="009C5FF7" w:rsidP="00A4550A">
      <w:pPr>
        <w:spacing w:after="0" w:line="240" w:lineRule="auto"/>
        <w:jc w:val="both"/>
        <w:rPr>
          <w:rFonts w:ascii="Aktiv Grotesk Corp" w:hAnsi="Aktiv Grotesk Corp"/>
          <w:lang w:val="fr-FR"/>
        </w:rPr>
      </w:pPr>
    </w:p>
    <w:p w14:paraId="40676ECE" w14:textId="77777777" w:rsidR="009C5FF7" w:rsidRPr="00A4550A" w:rsidRDefault="00000000" w:rsidP="00A4550A">
      <w:pPr>
        <w:spacing w:after="0" w:line="240" w:lineRule="auto"/>
        <w:jc w:val="center"/>
        <w:rPr>
          <w:rFonts w:ascii="Aktiv Grotesk Corp" w:hAnsi="Aktiv Grotesk Corp"/>
        </w:rPr>
      </w:pPr>
      <w:r w:rsidRPr="00A4550A">
        <w:rPr>
          <w:rFonts w:ascii="Aktiv Grotesk Corp" w:hAnsi="Aktiv Grotesk Corp"/>
          <w:noProof/>
        </w:rPr>
        <w:drawing>
          <wp:inline distT="0" distB="0" distL="0" distR="0" wp14:anchorId="65DEF262" wp14:editId="35057923">
            <wp:extent cx="6192000" cy="875096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élégation_économique_italie_2026.png"/>
                    <pic:cNvPicPr/>
                  </pic:nvPicPr>
                  <pic:blipFill>
                    <a:blip r:embed="rId14"/>
                    <a:stretch>
                      <a:fillRect/>
                    </a:stretch>
                  </pic:blipFill>
                  <pic:spPr>
                    <a:xfrm>
                      <a:off x="0" y="0"/>
                      <a:ext cx="6192000" cy="8750969"/>
                    </a:xfrm>
                    <a:prstGeom prst="rect">
                      <a:avLst/>
                    </a:prstGeom>
                  </pic:spPr>
                </pic:pic>
              </a:graphicData>
            </a:graphic>
          </wp:inline>
        </w:drawing>
      </w:r>
    </w:p>
    <w:sectPr w:rsidR="009C5FF7" w:rsidRPr="00A4550A" w:rsidSect="00034616">
      <w:footerReference w:type="default" r:id="rId15"/>
      <w:pgSz w:w="12240" w:h="15840"/>
      <w:pgMar w:top="624" w:right="964" w:bottom="624" w:left="964" w:header="227"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DB6C1" w14:textId="77777777" w:rsidR="00CD1FEC" w:rsidRDefault="00CD1FEC">
      <w:pPr>
        <w:spacing w:after="0" w:line="240" w:lineRule="auto"/>
      </w:pPr>
      <w:r>
        <w:separator/>
      </w:r>
    </w:p>
  </w:endnote>
  <w:endnote w:type="continuationSeparator" w:id="0">
    <w:p w14:paraId="3CABEC0D" w14:textId="77777777" w:rsidR="00CD1FEC" w:rsidRDefault="00CD1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ktiv Grotesk Corp">
    <w:panose1 w:val="020B0304020202020204"/>
    <w:charset w:val="00"/>
    <w:family w:val="swiss"/>
    <w:pitch w:val="variable"/>
    <w:sig w:usb0="A00002A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3399" w14:textId="77777777" w:rsidR="009C5FF7" w:rsidRPr="00A4550A" w:rsidRDefault="00000000">
    <w:pPr>
      <w:rPr>
        <w:lang w:val="fr-FR"/>
      </w:rPr>
    </w:pPr>
    <w:r w:rsidRPr="00A4550A">
      <w:rPr>
        <w:color w:val="5E6773"/>
        <w:sz w:val="14"/>
        <w:lang w:val="fr-FR"/>
      </w:rPr>
      <w:t xml:space="preserve">Délégation économique UPE06 – Team Nice Côte d’Azur – French Tech Côte d’Azur | </w:t>
    </w:r>
    <w:r>
      <w:fldChar w:fldCharType="begin"/>
    </w:r>
    <w:r w:rsidRPr="00A4550A">
      <w:rPr>
        <w:lang w:val="fr-FR"/>
      </w:rPr>
      <w:instrText>PAGE</w:instrText>
    </w:r>
    <w:r>
      <w:fldChar w:fldCharType="separate"/>
    </w:r>
    <w:r w:rsidR="00A4550A" w:rsidRPr="00A4550A">
      <w:rPr>
        <w:noProof/>
        <w:lang w:val="fr-F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25004" w14:textId="77777777" w:rsidR="00CD1FEC" w:rsidRDefault="00CD1FEC">
      <w:pPr>
        <w:spacing w:after="0" w:line="240" w:lineRule="auto"/>
      </w:pPr>
      <w:r>
        <w:separator/>
      </w:r>
    </w:p>
  </w:footnote>
  <w:footnote w:type="continuationSeparator" w:id="0">
    <w:p w14:paraId="03DC4597" w14:textId="77777777" w:rsidR="00CD1FEC" w:rsidRDefault="00CD1F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7E918D2"/>
    <w:multiLevelType w:val="hybridMultilevel"/>
    <w:tmpl w:val="C05E90F2"/>
    <w:lvl w:ilvl="0" w:tplc="040C0001">
      <w:start w:val="1"/>
      <w:numFmt w:val="bullet"/>
      <w:lvlText w:val=""/>
      <w:lvlJc w:val="left"/>
      <w:pPr>
        <w:ind w:left="845" w:hanging="360"/>
      </w:pPr>
      <w:rPr>
        <w:rFonts w:ascii="Symbol" w:hAnsi="Symbol" w:hint="default"/>
      </w:rPr>
    </w:lvl>
    <w:lvl w:ilvl="1" w:tplc="040C0003" w:tentative="1">
      <w:start w:val="1"/>
      <w:numFmt w:val="bullet"/>
      <w:lvlText w:val="o"/>
      <w:lvlJc w:val="left"/>
      <w:pPr>
        <w:ind w:left="1565" w:hanging="360"/>
      </w:pPr>
      <w:rPr>
        <w:rFonts w:ascii="Courier New" w:hAnsi="Courier New" w:cs="Courier New" w:hint="default"/>
      </w:rPr>
    </w:lvl>
    <w:lvl w:ilvl="2" w:tplc="040C0005" w:tentative="1">
      <w:start w:val="1"/>
      <w:numFmt w:val="bullet"/>
      <w:lvlText w:val=""/>
      <w:lvlJc w:val="left"/>
      <w:pPr>
        <w:ind w:left="2285" w:hanging="360"/>
      </w:pPr>
      <w:rPr>
        <w:rFonts w:ascii="Wingdings" w:hAnsi="Wingdings" w:hint="default"/>
      </w:rPr>
    </w:lvl>
    <w:lvl w:ilvl="3" w:tplc="040C0001" w:tentative="1">
      <w:start w:val="1"/>
      <w:numFmt w:val="bullet"/>
      <w:lvlText w:val=""/>
      <w:lvlJc w:val="left"/>
      <w:pPr>
        <w:ind w:left="3005" w:hanging="360"/>
      </w:pPr>
      <w:rPr>
        <w:rFonts w:ascii="Symbol" w:hAnsi="Symbol" w:hint="default"/>
      </w:rPr>
    </w:lvl>
    <w:lvl w:ilvl="4" w:tplc="040C0003" w:tentative="1">
      <w:start w:val="1"/>
      <w:numFmt w:val="bullet"/>
      <w:lvlText w:val="o"/>
      <w:lvlJc w:val="left"/>
      <w:pPr>
        <w:ind w:left="3725" w:hanging="360"/>
      </w:pPr>
      <w:rPr>
        <w:rFonts w:ascii="Courier New" w:hAnsi="Courier New" w:cs="Courier New" w:hint="default"/>
      </w:rPr>
    </w:lvl>
    <w:lvl w:ilvl="5" w:tplc="040C0005" w:tentative="1">
      <w:start w:val="1"/>
      <w:numFmt w:val="bullet"/>
      <w:lvlText w:val=""/>
      <w:lvlJc w:val="left"/>
      <w:pPr>
        <w:ind w:left="4445" w:hanging="360"/>
      </w:pPr>
      <w:rPr>
        <w:rFonts w:ascii="Wingdings" w:hAnsi="Wingdings" w:hint="default"/>
      </w:rPr>
    </w:lvl>
    <w:lvl w:ilvl="6" w:tplc="040C0001" w:tentative="1">
      <w:start w:val="1"/>
      <w:numFmt w:val="bullet"/>
      <w:lvlText w:val=""/>
      <w:lvlJc w:val="left"/>
      <w:pPr>
        <w:ind w:left="5165" w:hanging="360"/>
      </w:pPr>
      <w:rPr>
        <w:rFonts w:ascii="Symbol" w:hAnsi="Symbol" w:hint="default"/>
      </w:rPr>
    </w:lvl>
    <w:lvl w:ilvl="7" w:tplc="040C0003" w:tentative="1">
      <w:start w:val="1"/>
      <w:numFmt w:val="bullet"/>
      <w:lvlText w:val="o"/>
      <w:lvlJc w:val="left"/>
      <w:pPr>
        <w:ind w:left="5885" w:hanging="360"/>
      </w:pPr>
      <w:rPr>
        <w:rFonts w:ascii="Courier New" w:hAnsi="Courier New" w:cs="Courier New" w:hint="default"/>
      </w:rPr>
    </w:lvl>
    <w:lvl w:ilvl="8" w:tplc="040C0005" w:tentative="1">
      <w:start w:val="1"/>
      <w:numFmt w:val="bullet"/>
      <w:lvlText w:val=""/>
      <w:lvlJc w:val="left"/>
      <w:pPr>
        <w:ind w:left="6605" w:hanging="360"/>
      </w:pPr>
      <w:rPr>
        <w:rFonts w:ascii="Wingdings" w:hAnsi="Wingdings" w:hint="default"/>
      </w:rPr>
    </w:lvl>
  </w:abstractNum>
  <w:abstractNum w:abstractNumId="10" w15:restartNumberingAfterBreak="0">
    <w:nsid w:val="17862A7B"/>
    <w:multiLevelType w:val="hybridMultilevel"/>
    <w:tmpl w:val="E9B2FAB0"/>
    <w:lvl w:ilvl="0" w:tplc="040C0001">
      <w:start w:val="1"/>
      <w:numFmt w:val="bullet"/>
      <w:lvlText w:val=""/>
      <w:lvlJc w:val="left"/>
      <w:pPr>
        <w:ind w:left="845" w:hanging="360"/>
      </w:pPr>
      <w:rPr>
        <w:rFonts w:ascii="Symbol" w:hAnsi="Symbol" w:hint="default"/>
      </w:rPr>
    </w:lvl>
    <w:lvl w:ilvl="1" w:tplc="040C0003" w:tentative="1">
      <w:start w:val="1"/>
      <w:numFmt w:val="bullet"/>
      <w:lvlText w:val="o"/>
      <w:lvlJc w:val="left"/>
      <w:pPr>
        <w:ind w:left="1565" w:hanging="360"/>
      </w:pPr>
      <w:rPr>
        <w:rFonts w:ascii="Courier New" w:hAnsi="Courier New" w:cs="Courier New" w:hint="default"/>
      </w:rPr>
    </w:lvl>
    <w:lvl w:ilvl="2" w:tplc="040C0005" w:tentative="1">
      <w:start w:val="1"/>
      <w:numFmt w:val="bullet"/>
      <w:lvlText w:val=""/>
      <w:lvlJc w:val="left"/>
      <w:pPr>
        <w:ind w:left="2285" w:hanging="360"/>
      </w:pPr>
      <w:rPr>
        <w:rFonts w:ascii="Wingdings" w:hAnsi="Wingdings" w:hint="default"/>
      </w:rPr>
    </w:lvl>
    <w:lvl w:ilvl="3" w:tplc="040C0001" w:tentative="1">
      <w:start w:val="1"/>
      <w:numFmt w:val="bullet"/>
      <w:lvlText w:val=""/>
      <w:lvlJc w:val="left"/>
      <w:pPr>
        <w:ind w:left="3005" w:hanging="360"/>
      </w:pPr>
      <w:rPr>
        <w:rFonts w:ascii="Symbol" w:hAnsi="Symbol" w:hint="default"/>
      </w:rPr>
    </w:lvl>
    <w:lvl w:ilvl="4" w:tplc="040C0003" w:tentative="1">
      <w:start w:val="1"/>
      <w:numFmt w:val="bullet"/>
      <w:lvlText w:val="o"/>
      <w:lvlJc w:val="left"/>
      <w:pPr>
        <w:ind w:left="3725" w:hanging="360"/>
      </w:pPr>
      <w:rPr>
        <w:rFonts w:ascii="Courier New" w:hAnsi="Courier New" w:cs="Courier New" w:hint="default"/>
      </w:rPr>
    </w:lvl>
    <w:lvl w:ilvl="5" w:tplc="040C0005" w:tentative="1">
      <w:start w:val="1"/>
      <w:numFmt w:val="bullet"/>
      <w:lvlText w:val=""/>
      <w:lvlJc w:val="left"/>
      <w:pPr>
        <w:ind w:left="4445" w:hanging="360"/>
      </w:pPr>
      <w:rPr>
        <w:rFonts w:ascii="Wingdings" w:hAnsi="Wingdings" w:hint="default"/>
      </w:rPr>
    </w:lvl>
    <w:lvl w:ilvl="6" w:tplc="040C0001" w:tentative="1">
      <w:start w:val="1"/>
      <w:numFmt w:val="bullet"/>
      <w:lvlText w:val=""/>
      <w:lvlJc w:val="left"/>
      <w:pPr>
        <w:ind w:left="5165" w:hanging="360"/>
      </w:pPr>
      <w:rPr>
        <w:rFonts w:ascii="Symbol" w:hAnsi="Symbol" w:hint="default"/>
      </w:rPr>
    </w:lvl>
    <w:lvl w:ilvl="7" w:tplc="040C0003" w:tentative="1">
      <w:start w:val="1"/>
      <w:numFmt w:val="bullet"/>
      <w:lvlText w:val="o"/>
      <w:lvlJc w:val="left"/>
      <w:pPr>
        <w:ind w:left="5885" w:hanging="360"/>
      </w:pPr>
      <w:rPr>
        <w:rFonts w:ascii="Courier New" w:hAnsi="Courier New" w:cs="Courier New" w:hint="default"/>
      </w:rPr>
    </w:lvl>
    <w:lvl w:ilvl="8" w:tplc="040C0005" w:tentative="1">
      <w:start w:val="1"/>
      <w:numFmt w:val="bullet"/>
      <w:lvlText w:val=""/>
      <w:lvlJc w:val="left"/>
      <w:pPr>
        <w:ind w:left="6605" w:hanging="360"/>
      </w:pPr>
      <w:rPr>
        <w:rFonts w:ascii="Wingdings" w:hAnsi="Wingdings" w:hint="default"/>
      </w:rPr>
    </w:lvl>
  </w:abstractNum>
  <w:abstractNum w:abstractNumId="11" w15:restartNumberingAfterBreak="0">
    <w:nsid w:val="62C90D8C"/>
    <w:multiLevelType w:val="hybridMultilevel"/>
    <w:tmpl w:val="F036C7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808377F"/>
    <w:multiLevelType w:val="hybridMultilevel"/>
    <w:tmpl w:val="6CBE2E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A6B6BE2"/>
    <w:multiLevelType w:val="hybridMultilevel"/>
    <w:tmpl w:val="00869620"/>
    <w:lvl w:ilvl="0" w:tplc="040C0001">
      <w:start w:val="1"/>
      <w:numFmt w:val="bullet"/>
      <w:lvlText w:val=""/>
      <w:lvlJc w:val="left"/>
      <w:pPr>
        <w:ind w:left="845" w:hanging="360"/>
      </w:pPr>
      <w:rPr>
        <w:rFonts w:ascii="Symbol" w:hAnsi="Symbol" w:hint="default"/>
      </w:rPr>
    </w:lvl>
    <w:lvl w:ilvl="1" w:tplc="040C0003" w:tentative="1">
      <w:start w:val="1"/>
      <w:numFmt w:val="bullet"/>
      <w:lvlText w:val="o"/>
      <w:lvlJc w:val="left"/>
      <w:pPr>
        <w:ind w:left="1565" w:hanging="360"/>
      </w:pPr>
      <w:rPr>
        <w:rFonts w:ascii="Courier New" w:hAnsi="Courier New" w:cs="Courier New" w:hint="default"/>
      </w:rPr>
    </w:lvl>
    <w:lvl w:ilvl="2" w:tplc="040C0005" w:tentative="1">
      <w:start w:val="1"/>
      <w:numFmt w:val="bullet"/>
      <w:lvlText w:val=""/>
      <w:lvlJc w:val="left"/>
      <w:pPr>
        <w:ind w:left="2285" w:hanging="360"/>
      </w:pPr>
      <w:rPr>
        <w:rFonts w:ascii="Wingdings" w:hAnsi="Wingdings" w:hint="default"/>
      </w:rPr>
    </w:lvl>
    <w:lvl w:ilvl="3" w:tplc="040C0001" w:tentative="1">
      <w:start w:val="1"/>
      <w:numFmt w:val="bullet"/>
      <w:lvlText w:val=""/>
      <w:lvlJc w:val="left"/>
      <w:pPr>
        <w:ind w:left="3005" w:hanging="360"/>
      </w:pPr>
      <w:rPr>
        <w:rFonts w:ascii="Symbol" w:hAnsi="Symbol" w:hint="default"/>
      </w:rPr>
    </w:lvl>
    <w:lvl w:ilvl="4" w:tplc="040C0003" w:tentative="1">
      <w:start w:val="1"/>
      <w:numFmt w:val="bullet"/>
      <w:lvlText w:val="o"/>
      <w:lvlJc w:val="left"/>
      <w:pPr>
        <w:ind w:left="3725" w:hanging="360"/>
      </w:pPr>
      <w:rPr>
        <w:rFonts w:ascii="Courier New" w:hAnsi="Courier New" w:cs="Courier New" w:hint="default"/>
      </w:rPr>
    </w:lvl>
    <w:lvl w:ilvl="5" w:tplc="040C0005" w:tentative="1">
      <w:start w:val="1"/>
      <w:numFmt w:val="bullet"/>
      <w:lvlText w:val=""/>
      <w:lvlJc w:val="left"/>
      <w:pPr>
        <w:ind w:left="4445" w:hanging="360"/>
      </w:pPr>
      <w:rPr>
        <w:rFonts w:ascii="Wingdings" w:hAnsi="Wingdings" w:hint="default"/>
      </w:rPr>
    </w:lvl>
    <w:lvl w:ilvl="6" w:tplc="040C0001" w:tentative="1">
      <w:start w:val="1"/>
      <w:numFmt w:val="bullet"/>
      <w:lvlText w:val=""/>
      <w:lvlJc w:val="left"/>
      <w:pPr>
        <w:ind w:left="5165" w:hanging="360"/>
      </w:pPr>
      <w:rPr>
        <w:rFonts w:ascii="Symbol" w:hAnsi="Symbol" w:hint="default"/>
      </w:rPr>
    </w:lvl>
    <w:lvl w:ilvl="7" w:tplc="040C0003" w:tentative="1">
      <w:start w:val="1"/>
      <w:numFmt w:val="bullet"/>
      <w:lvlText w:val="o"/>
      <w:lvlJc w:val="left"/>
      <w:pPr>
        <w:ind w:left="5885" w:hanging="360"/>
      </w:pPr>
      <w:rPr>
        <w:rFonts w:ascii="Courier New" w:hAnsi="Courier New" w:cs="Courier New" w:hint="default"/>
      </w:rPr>
    </w:lvl>
    <w:lvl w:ilvl="8" w:tplc="040C0005" w:tentative="1">
      <w:start w:val="1"/>
      <w:numFmt w:val="bullet"/>
      <w:lvlText w:val=""/>
      <w:lvlJc w:val="left"/>
      <w:pPr>
        <w:ind w:left="6605" w:hanging="360"/>
      </w:pPr>
      <w:rPr>
        <w:rFonts w:ascii="Wingdings" w:hAnsi="Wingdings" w:hint="default"/>
      </w:rPr>
    </w:lvl>
  </w:abstractNum>
  <w:num w:numId="1" w16cid:durableId="931161322">
    <w:abstractNumId w:val="8"/>
  </w:num>
  <w:num w:numId="2" w16cid:durableId="990253150">
    <w:abstractNumId w:val="6"/>
  </w:num>
  <w:num w:numId="3" w16cid:durableId="93744788">
    <w:abstractNumId w:val="5"/>
  </w:num>
  <w:num w:numId="4" w16cid:durableId="822235959">
    <w:abstractNumId w:val="4"/>
  </w:num>
  <w:num w:numId="5" w16cid:durableId="491651414">
    <w:abstractNumId w:val="7"/>
  </w:num>
  <w:num w:numId="6" w16cid:durableId="125702037">
    <w:abstractNumId w:val="3"/>
  </w:num>
  <w:num w:numId="7" w16cid:durableId="1557157323">
    <w:abstractNumId w:val="2"/>
  </w:num>
  <w:num w:numId="8" w16cid:durableId="458376219">
    <w:abstractNumId w:val="1"/>
  </w:num>
  <w:num w:numId="9" w16cid:durableId="1718428410">
    <w:abstractNumId w:val="0"/>
  </w:num>
  <w:num w:numId="10" w16cid:durableId="569192089">
    <w:abstractNumId w:val="12"/>
  </w:num>
  <w:num w:numId="11" w16cid:durableId="1428649343">
    <w:abstractNumId w:val="13"/>
  </w:num>
  <w:num w:numId="12" w16cid:durableId="2003121279">
    <w:abstractNumId w:val="10"/>
  </w:num>
  <w:num w:numId="13" w16cid:durableId="186598220">
    <w:abstractNumId w:val="9"/>
  </w:num>
  <w:num w:numId="14" w16cid:durableId="396977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C6C24"/>
    <w:rsid w:val="0087559F"/>
    <w:rsid w:val="009C5FF7"/>
    <w:rsid w:val="009E2685"/>
    <w:rsid w:val="00A4550A"/>
    <w:rsid w:val="00AA1D8D"/>
    <w:rsid w:val="00B47730"/>
    <w:rsid w:val="00CB0664"/>
    <w:rsid w:val="00CD1FEC"/>
    <w:rsid w:val="00F573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E4F98D"/>
  <w14:defaultImageDpi w14:val="300"/>
  <w15:docId w15:val="{35310121-FBFE-4137-8025-60BC53C34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0252B"/>
      <w:sz w:val="17"/>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62C5B"/>
      <w:sz w:val="25"/>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2C5B"/>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5E6773"/>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9E2685"/>
    <w:rPr>
      <w:color w:val="0000FF" w:themeColor="hyperlink"/>
      <w:u w:val="single"/>
    </w:rPr>
  </w:style>
  <w:style w:type="character" w:styleId="Mentionnonrsolue">
    <w:name w:val="Unresolved Mention"/>
    <w:basedOn w:val="Policepardfaut"/>
    <w:uiPriority w:val="99"/>
    <w:semiHidden/>
    <w:unhideWhenUsed/>
    <w:rsid w:val="009E2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irecteur@frenchtechcotedazur.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fchapperon@tnca.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rainaud@upe06.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alaxievoyages.com" TargetMode="External"/><Relationship Id="rId4" Type="http://schemas.openxmlformats.org/officeDocument/2006/relationships/settings" Target="settings.xml"/><Relationship Id="rId9" Type="http://schemas.openxmlformats.org/officeDocument/2006/relationships/hyperlink" Target="mailto:galaxie@galaxievoyages.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1975</Words>
  <Characters>10865</Characters>
  <Application>Microsoft Office Word</Application>
  <DocSecurity>0</DocSecurity>
  <Lines>90</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Délégation économique Italie – Rome &amp; Pescara – 21-23 octobre 2026</vt:lpstr>
      <vt:lpstr/>
    </vt:vector>
  </TitlesOfParts>
  <Manager/>
  <Company/>
  <LinksUpToDate>false</LinksUpToDate>
  <CharactersWithSpaces>12815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Délégation économique Italie – Rome &amp; Pescara – 21-23 octobre 2026</dc:title>
  <dc:subject>Dossier d’inscription – UPE06, Team Nice Côte d’Azur, French Tech Côte d’Azur</dc:subject>
  <dc:creator>UPE06</dc:creator>
  <cp:keywords/>
  <dc:description>generated by python-docx</dc:description>
  <cp:lastModifiedBy>Leonard Cox</cp:lastModifiedBy>
  <cp:revision>4</cp:revision>
  <dcterms:created xsi:type="dcterms:W3CDTF">2026-10-05T19:59:00Z</dcterms:created>
  <dcterms:modified xsi:type="dcterms:W3CDTF">2026-10-05T20:02:00Z</dcterms:modified>
  <cp:category/>
</cp:coreProperties>
</file>